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C30AA" w14:textId="77777777" w:rsidR="00393ADB" w:rsidRPr="00042204" w:rsidRDefault="00393ADB" w:rsidP="00672099">
      <w:pPr>
        <w:spacing w:after="0"/>
        <w:rPr>
          <w:rFonts w:asciiTheme="majorBidi" w:hAnsiTheme="majorBidi" w:cstheme="majorBidi"/>
        </w:rPr>
      </w:pPr>
    </w:p>
    <w:p w14:paraId="25A3B909" w14:textId="09611BAB" w:rsidR="00393ADB" w:rsidRPr="00042204" w:rsidRDefault="00000000" w:rsidP="00672099">
      <w:pPr>
        <w:pStyle w:val="Heading2"/>
        <w:rPr>
          <w:rFonts w:asciiTheme="majorBidi" w:hAnsiTheme="majorBidi"/>
        </w:rPr>
      </w:pPr>
      <w:r w:rsidRPr="00042204">
        <w:rPr>
          <w:rFonts w:asciiTheme="majorBidi" w:hAnsiTheme="majorBidi"/>
        </w:rPr>
        <w:t>1. Nominee Information</w:t>
      </w:r>
      <w:r w:rsidR="00BE4EDB">
        <w:rPr>
          <w:rFonts w:asciiTheme="majorBidi" w:hAnsiTheme="majorBidi"/>
        </w:rPr>
        <w:t xml:space="preserve">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6"/>
        <w:gridCol w:w="7164"/>
      </w:tblGrid>
      <w:tr w:rsidR="00393ADB" w:rsidRPr="00042204" w14:paraId="15426900" w14:textId="77777777" w:rsidTr="00A9415B">
        <w:trPr>
          <w:trHeight w:val="340"/>
        </w:trPr>
        <w:tc>
          <w:tcPr>
            <w:tcW w:w="3652" w:type="dxa"/>
          </w:tcPr>
          <w:p w14:paraId="14FE487E" w14:textId="7777777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>Full Name:</w:t>
            </w:r>
          </w:p>
        </w:tc>
        <w:tc>
          <w:tcPr>
            <w:tcW w:w="7229" w:type="dxa"/>
          </w:tcPr>
          <w:p w14:paraId="7A2FC26A" w14:textId="77777777" w:rsidR="00393ADB" w:rsidRPr="00042204" w:rsidRDefault="00393ADB">
            <w:pPr>
              <w:rPr>
                <w:rFonts w:asciiTheme="majorBidi" w:hAnsiTheme="majorBidi" w:cstheme="majorBidi"/>
              </w:rPr>
            </w:pPr>
          </w:p>
        </w:tc>
      </w:tr>
      <w:tr w:rsidR="00393ADB" w:rsidRPr="00042204" w14:paraId="1613064D" w14:textId="77777777" w:rsidTr="00A9415B">
        <w:trPr>
          <w:trHeight w:val="340"/>
        </w:trPr>
        <w:tc>
          <w:tcPr>
            <w:tcW w:w="3652" w:type="dxa"/>
          </w:tcPr>
          <w:p w14:paraId="2FC2EEA8" w14:textId="7777777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>Current Designation / Affiliation:</w:t>
            </w:r>
          </w:p>
        </w:tc>
        <w:tc>
          <w:tcPr>
            <w:tcW w:w="7229" w:type="dxa"/>
          </w:tcPr>
          <w:p w14:paraId="644A6BB6" w14:textId="77777777" w:rsidR="00393ADB" w:rsidRPr="00042204" w:rsidRDefault="00393ADB">
            <w:pPr>
              <w:rPr>
                <w:rFonts w:asciiTheme="majorBidi" w:hAnsiTheme="majorBidi" w:cstheme="majorBidi"/>
              </w:rPr>
            </w:pPr>
          </w:p>
        </w:tc>
      </w:tr>
      <w:tr w:rsidR="00C06886" w:rsidRPr="00042204" w14:paraId="6B79DE31" w14:textId="77777777" w:rsidTr="00615D5B">
        <w:trPr>
          <w:trHeight w:val="964"/>
        </w:trPr>
        <w:tc>
          <w:tcPr>
            <w:tcW w:w="3652" w:type="dxa"/>
          </w:tcPr>
          <w:p w14:paraId="58BED0BF" w14:textId="77777777" w:rsidR="001A7C03" w:rsidRPr="00042204" w:rsidRDefault="00C06886">
            <w:pPr>
              <w:rPr>
                <w:rFonts w:asciiTheme="majorBidi" w:hAnsiTheme="majorBidi" w:cstheme="majorBidi"/>
                <w:b/>
              </w:rPr>
            </w:pPr>
            <w:r w:rsidRPr="00042204">
              <w:rPr>
                <w:rFonts w:asciiTheme="majorBidi" w:hAnsiTheme="majorBidi" w:cstheme="majorBidi"/>
                <w:b/>
              </w:rPr>
              <w:t>Full Home Address with</w:t>
            </w:r>
          </w:p>
          <w:p w14:paraId="788B2F04" w14:textId="442CB1C3" w:rsidR="00C06886" w:rsidRPr="00042204" w:rsidRDefault="00C06886">
            <w:pPr>
              <w:rPr>
                <w:rFonts w:asciiTheme="majorBidi" w:hAnsiTheme="majorBidi" w:cstheme="majorBidi"/>
                <w:b/>
              </w:rPr>
            </w:pPr>
            <w:r w:rsidRPr="00042204">
              <w:rPr>
                <w:rFonts w:asciiTheme="majorBidi" w:hAnsiTheme="majorBidi" w:cstheme="majorBidi"/>
                <w:b/>
              </w:rPr>
              <w:t xml:space="preserve"> Zip</w:t>
            </w:r>
            <w:r w:rsidR="001A7C03" w:rsidRPr="00042204">
              <w:rPr>
                <w:rFonts w:asciiTheme="majorBidi" w:hAnsiTheme="majorBidi" w:cstheme="majorBidi"/>
                <w:b/>
              </w:rPr>
              <w:t xml:space="preserve"> code</w:t>
            </w:r>
            <w:r w:rsidRPr="00042204">
              <w:rPr>
                <w:rFonts w:asciiTheme="majorBidi" w:hAnsiTheme="majorBidi" w:cstheme="majorBidi"/>
                <w:b/>
              </w:rPr>
              <w:t xml:space="preserve"> / Pin</w:t>
            </w:r>
            <w:r w:rsidR="001C0A14" w:rsidRPr="00042204">
              <w:rPr>
                <w:rFonts w:asciiTheme="majorBidi" w:hAnsiTheme="majorBidi" w:cstheme="majorBidi"/>
                <w:b/>
              </w:rPr>
              <w:t xml:space="preserve"> </w:t>
            </w:r>
            <w:r w:rsidRPr="00042204">
              <w:rPr>
                <w:rFonts w:asciiTheme="majorBidi" w:hAnsiTheme="majorBidi" w:cstheme="majorBidi"/>
                <w:b/>
              </w:rPr>
              <w:t xml:space="preserve">code: </w:t>
            </w:r>
          </w:p>
        </w:tc>
        <w:tc>
          <w:tcPr>
            <w:tcW w:w="7229" w:type="dxa"/>
          </w:tcPr>
          <w:p w14:paraId="0E97AAA3" w14:textId="77777777" w:rsidR="00C06886" w:rsidRPr="00042204" w:rsidRDefault="00C06886">
            <w:pPr>
              <w:rPr>
                <w:rFonts w:asciiTheme="majorBidi" w:hAnsiTheme="majorBidi" w:cstheme="majorBidi"/>
              </w:rPr>
            </w:pPr>
          </w:p>
        </w:tc>
      </w:tr>
      <w:tr w:rsidR="00393ADB" w:rsidRPr="00042204" w14:paraId="7EE15254" w14:textId="77777777" w:rsidTr="00615D5B">
        <w:trPr>
          <w:trHeight w:val="283"/>
        </w:trPr>
        <w:tc>
          <w:tcPr>
            <w:tcW w:w="3652" w:type="dxa"/>
          </w:tcPr>
          <w:p w14:paraId="72E58200" w14:textId="7777777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>Email Address:</w:t>
            </w:r>
          </w:p>
        </w:tc>
        <w:tc>
          <w:tcPr>
            <w:tcW w:w="7229" w:type="dxa"/>
          </w:tcPr>
          <w:p w14:paraId="69B92585" w14:textId="77777777" w:rsidR="00393ADB" w:rsidRPr="00042204" w:rsidRDefault="00393ADB">
            <w:pPr>
              <w:rPr>
                <w:rFonts w:asciiTheme="majorBidi" w:hAnsiTheme="majorBidi" w:cstheme="majorBidi"/>
              </w:rPr>
            </w:pPr>
          </w:p>
        </w:tc>
      </w:tr>
      <w:tr w:rsidR="00DE091B" w:rsidRPr="00042204" w14:paraId="08FEB604" w14:textId="77777777" w:rsidTr="00615D5B">
        <w:trPr>
          <w:trHeight w:val="283"/>
        </w:trPr>
        <w:tc>
          <w:tcPr>
            <w:tcW w:w="3652" w:type="dxa"/>
          </w:tcPr>
          <w:p w14:paraId="63F5A6F5" w14:textId="5CFEB44D" w:rsidR="00DE091B" w:rsidRPr="00042204" w:rsidRDefault="00DE091B">
            <w:pPr>
              <w:rPr>
                <w:rFonts w:asciiTheme="majorBidi" w:hAnsiTheme="majorBidi" w:cstheme="majorBidi"/>
                <w:b/>
              </w:rPr>
            </w:pPr>
            <w:r w:rsidRPr="00042204">
              <w:rPr>
                <w:rFonts w:asciiTheme="majorBidi" w:hAnsiTheme="majorBidi" w:cstheme="majorBidi"/>
                <w:b/>
              </w:rPr>
              <w:t>Nationality:</w:t>
            </w:r>
          </w:p>
        </w:tc>
        <w:tc>
          <w:tcPr>
            <w:tcW w:w="7229" w:type="dxa"/>
          </w:tcPr>
          <w:p w14:paraId="6212DEEB" w14:textId="77777777" w:rsidR="00DE091B" w:rsidRPr="00042204" w:rsidRDefault="00DE091B">
            <w:pPr>
              <w:rPr>
                <w:rFonts w:asciiTheme="majorBidi" w:hAnsiTheme="majorBidi" w:cstheme="majorBidi"/>
              </w:rPr>
            </w:pPr>
          </w:p>
        </w:tc>
      </w:tr>
      <w:tr w:rsidR="00393ADB" w:rsidRPr="00042204" w14:paraId="15619D41" w14:textId="77777777" w:rsidTr="00A70183">
        <w:tc>
          <w:tcPr>
            <w:tcW w:w="3652" w:type="dxa"/>
          </w:tcPr>
          <w:p w14:paraId="252059C0" w14:textId="6EDD344D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>Contact Number</w:t>
            </w:r>
            <w:r w:rsidR="009B6BB4" w:rsidRPr="00042204">
              <w:rPr>
                <w:rFonts w:asciiTheme="majorBidi" w:hAnsiTheme="majorBidi" w:cstheme="majorBidi"/>
                <w:b/>
              </w:rPr>
              <w:t xml:space="preserve"> with country code</w:t>
            </w:r>
            <w:r w:rsidRPr="00042204">
              <w:rPr>
                <w:rFonts w:asciiTheme="majorBidi" w:hAnsiTheme="majorBidi" w:cstheme="majorBidi"/>
                <w:b/>
              </w:rPr>
              <w:t>:</w:t>
            </w:r>
            <w:r w:rsidR="009B6BB4" w:rsidRPr="00042204">
              <w:rPr>
                <w:rFonts w:asciiTheme="majorBidi" w:hAnsiTheme="majorBidi" w:cstheme="majorBidi"/>
                <w:b/>
              </w:rPr>
              <w:t xml:space="preserve"> (WhatsApp)</w:t>
            </w:r>
          </w:p>
        </w:tc>
        <w:tc>
          <w:tcPr>
            <w:tcW w:w="7229" w:type="dxa"/>
          </w:tcPr>
          <w:p w14:paraId="651FF0B1" w14:textId="77777777" w:rsidR="00393ADB" w:rsidRPr="00042204" w:rsidRDefault="00393ADB">
            <w:pPr>
              <w:rPr>
                <w:rFonts w:asciiTheme="majorBidi" w:hAnsiTheme="majorBidi" w:cstheme="majorBidi"/>
              </w:rPr>
            </w:pPr>
          </w:p>
        </w:tc>
      </w:tr>
      <w:tr w:rsidR="00393ADB" w:rsidRPr="00042204" w14:paraId="3887FFCA" w14:textId="77777777" w:rsidTr="00A70183">
        <w:tc>
          <w:tcPr>
            <w:tcW w:w="3652" w:type="dxa"/>
          </w:tcPr>
          <w:p w14:paraId="5CDA901E" w14:textId="23E88349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>Nomination Category:</w:t>
            </w:r>
            <w:r w:rsidR="00A70183" w:rsidRPr="00042204">
              <w:rPr>
                <w:rFonts w:asciiTheme="majorBidi" w:hAnsiTheme="majorBidi" w:cstheme="majorBidi"/>
                <w:b/>
              </w:rPr>
              <w:t xml:space="preserve"> </w:t>
            </w:r>
            <w:r w:rsidR="00EA01BC" w:rsidRPr="00042204">
              <w:rPr>
                <w:rFonts w:asciiTheme="majorBidi" w:hAnsiTheme="majorBidi" w:cstheme="majorBidi"/>
                <w:b/>
              </w:rPr>
              <w:t xml:space="preserve"> (Any 1)</w:t>
            </w:r>
          </w:p>
        </w:tc>
        <w:tc>
          <w:tcPr>
            <w:tcW w:w="7229" w:type="dxa"/>
          </w:tcPr>
          <w:p w14:paraId="47D7B001" w14:textId="78A19420" w:rsidR="00393ADB" w:rsidRPr="00042204" w:rsidRDefault="00EA01BC" w:rsidP="00EA01BC">
            <w:pPr>
              <w:rPr>
                <w:rFonts w:asciiTheme="majorBidi" w:hAnsiTheme="majorBidi" w:cstheme="majorBidi"/>
                <w:b/>
                <w:bCs/>
              </w:rPr>
            </w:pPr>
            <w:r w:rsidRPr="00042204">
              <w:rPr>
                <w:rFonts w:asciiTheme="majorBidi" w:hAnsiTheme="majorBidi" w:cstheme="majorBidi"/>
                <w:b/>
                <w:bCs/>
              </w:rPr>
              <w:t>Education  /   Business  /    Institution   /  Social   /  Artist</w:t>
            </w:r>
          </w:p>
        </w:tc>
      </w:tr>
    </w:tbl>
    <w:p w14:paraId="546CB1A9" w14:textId="77777777" w:rsidR="00393ADB" w:rsidRPr="00042204" w:rsidRDefault="00393ADB">
      <w:pPr>
        <w:rPr>
          <w:rFonts w:asciiTheme="majorBidi" w:hAnsiTheme="majorBidi" w:cstheme="majorBidi"/>
        </w:rPr>
      </w:pPr>
    </w:p>
    <w:p w14:paraId="68E892F5" w14:textId="154B3C56" w:rsidR="00393ADB" w:rsidRPr="00042204" w:rsidRDefault="00000000">
      <w:pPr>
        <w:pStyle w:val="Heading2"/>
        <w:rPr>
          <w:rFonts w:asciiTheme="majorBidi" w:hAnsiTheme="majorBidi"/>
        </w:rPr>
      </w:pPr>
      <w:r w:rsidRPr="00042204">
        <w:rPr>
          <w:rFonts w:asciiTheme="majorBidi" w:hAnsiTheme="majorBidi"/>
        </w:rPr>
        <w:t>2. Evaluation &amp; Scoring Criteria</w:t>
      </w:r>
      <w:r w:rsidR="004B037C" w:rsidRPr="00042204">
        <w:rPr>
          <w:rFonts w:asciiTheme="majorBidi" w:hAnsiTheme="majorBidi"/>
        </w:rPr>
        <w:t xml:space="preserve"> : </w:t>
      </w:r>
    </w:p>
    <w:p w14:paraId="3D5AB6CB" w14:textId="4E6907E0" w:rsidR="00393ADB" w:rsidRPr="00042204" w:rsidRDefault="004B037C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Score from 0 to 10 for each category, where 10 represents the highest level of achievement and impact.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8"/>
        <w:gridCol w:w="7687"/>
        <w:gridCol w:w="2145"/>
      </w:tblGrid>
      <w:tr w:rsidR="00393ADB" w:rsidRPr="00042204" w14:paraId="5AF36DAD" w14:textId="77777777" w:rsidTr="0021118D">
        <w:trPr>
          <w:jc w:val="center"/>
        </w:trPr>
        <w:tc>
          <w:tcPr>
            <w:tcW w:w="959" w:type="dxa"/>
          </w:tcPr>
          <w:p w14:paraId="5C2351E7" w14:textId="4513C514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>S</w:t>
            </w:r>
            <w:r w:rsidR="00D06D5D" w:rsidRPr="00042204">
              <w:rPr>
                <w:rFonts w:asciiTheme="majorBidi" w:hAnsiTheme="majorBidi" w:cstheme="majorBidi"/>
                <w:b/>
              </w:rPr>
              <w:t>r</w:t>
            </w:r>
            <w:r w:rsidRPr="00042204">
              <w:rPr>
                <w:rFonts w:asciiTheme="majorBidi" w:hAnsiTheme="majorBidi" w:cstheme="majorBidi"/>
                <w:b/>
              </w:rPr>
              <w:t>.No.</w:t>
            </w:r>
          </w:p>
        </w:tc>
        <w:tc>
          <w:tcPr>
            <w:tcW w:w="7710" w:type="dxa"/>
          </w:tcPr>
          <w:p w14:paraId="5209E1AF" w14:textId="7777777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>Evaluation Criteria</w:t>
            </w:r>
          </w:p>
        </w:tc>
        <w:tc>
          <w:tcPr>
            <w:tcW w:w="2153" w:type="dxa"/>
          </w:tcPr>
          <w:p w14:paraId="6023DD73" w14:textId="7777777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>Score (out of 10)</w:t>
            </w:r>
          </w:p>
        </w:tc>
      </w:tr>
      <w:tr w:rsidR="00393ADB" w:rsidRPr="00042204" w14:paraId="731F38DB" w14:textId="77777777" w:rsidTr="0021118D">
        <w:trPr>
          <w:jc w:val="center"/>
        </w:trPr>
        <w:tc>
          <w:tcPr>
            <w:tcW w:w="959" w:type="dxa"/>
          </w:tcPr>
          <w:p w14:paraId="47C36B13" w14:textId="7777777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710" w:type="dxa"/>
          </w:tcPr>
          <w:p w14:paraId="509DF4A3" w14:textId="2F00901E" w:rsidR="00AB61B1" w:rsidRPr="00042204" w:rsidRDefault="00000000">
            <w:pPr>
              <w:rPr>
                <w:rFonts w:asciiTheme="majorBidi" w:hAnsiTheme="majorBidi" w:cstheme="majorBidi"/>
                <w:b/>
                <w:bCs/>
              </w:rPr>
            </w:pPr>
            <w:r w:rsidRPr="00042204">
              <w:rPr>
                <w:rFonts w:asciiTheme="majorBidi" w:hAnsiTheme="majorBidi" w:cstheme="majorBidi"/>
                <w:b/>
                <w:bCs/>
              </w:rPr>
              <w:t xml:space="preserve">Education </w:t>
            </w:r>
            <w:r w:rsidR="00231163" w:rsidRPr="00042204">
              <w:rPr>
                <w:rFonts w:asciiTheme="majorBidi" w:hAnsiTheme="majorBidi" w:cstheme="majorBidi"/>
                <w:b/>
                <w:bCs/>
              </w:rPr>
              <w:t>:</w:t>
            </w:r>
          </w:p>
          <w:p w14:paraId="447DF563" w14:textId="793DF213" w:rsidR="00231163" w:rsidRPr="00042204" w:rsidRDefault="00231163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10 / 10+2 / Diploma</w:t>
            </w:r>
            <w:r w:rsidR="0023508E" w:rsidRPr="00042204">
              <w:rPr>
                <w:rFonts w:asciiTheme="majorBidi" w:hAnsiTheme="majorBidi" w:cstheme="majorBidi"/>
              </w:rPr>
              <w:t xml:space="preserve"> / I.T.I</w:t>
            </w:r>
            <w:r w:rsidR="00FC35E3" w:rsidRPr="00042204">
              <w:rPr>
                <w:rFonts w:asciiTheme="majorBidi" w:hAnsiTheme="majorBidi" w:cstheme="majorBidi"/>
              </w:rPr>
              <w:t xml:space="preserve"> </w:t>
            </w:r>
            <w:r w:rsidR="000B680D" w:rsidRPr="00042204">
              <w:rPr>
                <w:rFonts w:asciiTheme="majorBidi" w:hAnsiTheme="majorBidi" w:cstheme="majorBidi"/>
              </w:rPr>
              <w:t>(2)</w:t>
            </w:r>
            <w:r w:rsidR="00FC35E3" w:rsidRPr="00042204">
              <w:rPr>
                <w:rFonts w:asciiTheme="majorBidi" w:hAnsiTheme="majorBidi" w:cstheme="majorBidi"/>
              </w:rPr>
              <w:t xml:space="preserve">- </w:t>
            </w:r>
          </w:p>
          <w:p w14:paraId="0ECEF9E2" w14:textId="4A201D94" w:rsidR="00231163" w:rsidRPr="00042204" w:rsidRDefault="00231163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Bachelors / Masters</w:t>
            </w:r>
            <w:r w:rsidR="00FC35E3" w:rsidRPr="00042204">
              <w:rPr>
                <w:rFonts w:asciiTheme="majorBidi" w:hAnsiTheme="majorBidi" w:cstheme="majorBidi"/>
              </w:rPr>
              <w:t xml:space="preserve"> </w:t>
            </w:r>
            <w:r w:rsidR="000B680D" w:rsidRPr="00042204">
              <w:rPr>
                <w:rFonts w:asciiTheme="majorBidi" w:hAnsiTheme="majorBidi" w:cstheme="majorBidi"/>
              </w:rPr>
              <w:t>(3)</w:t>
            </w:r>
            <w:r w:rsidR="00FC35E3" w:rsidRPr="00042204">
              <w:rPr>
                <w:rFonts w:asciiTheme="majorBidi" w:hAnsiTheme="majorBidi" w:cstheme="majorBidi"/>
              </w:rPr>
              <w:t>-</w:t>
            </w:r>
          </w:p>
          <w:p w14:paraId="38F562B9" w14:textId="0A0BAF97" w:rsidR="00231163" w:rsidRPr="00042204" w:rsidRDefault="00231163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Ph.D / Mphil./ PostDoc./ D.Phil./</w:t>
            </w:r>
            <w:r w:rsidR="0023508E" w:rsidRPr="00042204">
              <w:rPr>
                <w:rFonts w:asciiTheme="majorBidi" w:hAnsiTheme="majorBidi" w:cstheme="majorBidi"/>
              </w:rPr>
              <w:t xml:space="preserve"> </w:t>
            </w:r>
            <w:r w:rsidRPr="00042204">
              <w:rPr>
                <w:rFonts w:asciiTheme="majorBidi" w:hAnsiTheme="majorBidi" w:cstheme="majorBidi"/>
              </w:rPr>
              <w:t>Fellow</w:t>
            </w:r>
            <w:r w:rsidR="00480B17" w:rsidRPr="00042204">
              <w:rPr>
                <w:rFonts w:asciiTheme="majorBidi" w:hAnsiTheme="majorBidi" w:cstheme="majorBidi"/>
              </w:rPr>
              <w:t xml:space="preserve"> </w:t>
            </w:r>
            <w:r w:rsidR="000B680D" w:rsidRPr="00042204">
              <w:rPr>
                <w:rFonts w:asciiTheme="majorBidi" w:hAnsiTheme="majorBidi" w:cstheme="majorBidi"/>
              </w:rPr>
              <w:t>(5)</w:t>
            </w:r>
            <w:r w:rsidR="00FC35E3" w:rsidRPr="00042204">
              <w:rPr>
                <w:rFonts w:asciiTheme="majorBidi" w:hAnsiTheme="majorBidi" w:cstheme="majorBidi"/>
              </w:rPr>
              <w:t xml:space="preserve">- </w:t>
            </w:r>
          </w:p>
          <w:p w14:paraId="2EEFA0F4" w14:textId="0256A253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(Academic excellence, highest degrees attained)</w:t>
            </w:r>
          </w:p>
        </w:tc>
        <w:tc>
          <w:tcPr>
            <w:tcW w:w="2153" w:type="dxa"/>
          </w:tcPr>
          <w:p w14:paraId="39FE7D71" w14:textId="77777777" w:rsidR="00393ADB" w:rsidRPr="00042204" w:rsidRDefault="00393ADB">
            <w:pPr>
              <w:rPr>
                <w:rFonts w:asciiTheme="majorBidi" w:hAnsiTheme="majorBidi" w:cstheme="majorBidi"/>
              </w:rPr>
            </w:pPr>
          </w:p>
        </w:tc>
      </w:tr>
      <w:tr w:rsidR="00393ADB" w:rsidRPr="00042204" w14:paraId="0F136D33" w14:textId="77777777" w:rsidTr="0021118D">
        <w:trPr>
          <w:jc w:val="center"/>
        </w:trPr>
        <w:tc>
          <w:tcPr>
            <w:tcW w:w="959" w:type="dxa"/>
          </w:tcPr>
          <w:p w14:paraId="0FD51D7A" w14:textId="7777777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710" w:type="dxa"/>
          </w:tcPr>
          <w:p w14:paraId="05463FD6" w14:textId="5ADCE750" w:rsidR="009F611A" w:rsidRPr="00042204" w:rsidRDefault="00000000">
            <w:pPr>
              <w:rPr>
                <w:rFonts w:asciiTheme="majorBidi" w:hAnsiTheme="majorBidi" w:cstheme="majorBidi"/>
                <w:b/>
                <w:bCs/>
              </w:rPr>
            </w:pPr>
            <w:r w:rsidRPr="00042204">
              <w:rPr>
                <w:rFonts w:asciiTheme="majorBidi" w:hAnsiTheme="majorBidi" w:cstheme="majorBidi"/>
                <w:b/>
                <w:bCs/>
              </w:rPr>
              <w:t xml:space="preserve">Work Experience </w:t>
            </w:r>
            <w:r w:rsidR="00D037DC" w:rsidRPr="00042204">
              <w:rPr>
                <w:rFonts w:asciiTheme="majorBidi" w:hAnsiTheme="majorBidi" w:cstheme="majorBidi"/>
                <w:b/>
                <w:bCs/>
              </w:rPr>
              <w:t>:</w:t>
            </w:r>
            <w:r w:rsidR="00732CC4" w:rsidRPr="00042204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732CC4" w:rsidRPr="00042204">
              <w:rPr>
                <w:rFonts w:asciiTheme="majorBidi" w:hAnsiTheme="majorBidi" w:cstheme="majorBidi"/>
              </w:rPr>
              <w:t>(roles, duration, professional impact)</w:t>
            </w:r>
          </w:p>
          <w:p w14:paraId="7406649C" w14:textId="262AA3BB" w:rsidR="00FC35E3" w:rsidRPr="00042204" w:rsidRDefault="00FC35E3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1 to 3 Years</w:t>
            </w:r>
            <w:r w:rsidR="00480B17" w:rsidRPr="00042204">
              <w:rPr>
                <w:rFonts w:asciiTheme="majorBidi" w:hAnsiTheme="majorBidi" w:cstheme="majorBidi"/>
              </w:rPr>
              <w:t xml:space="preserve"> (2)</w:t>
            </w:r>
          </w:p>
          <w:p w14:paraId="04687C71" w14:textId="4CD80850" w:rsidR="00FC35E3" w:rsidRPr="00042204" w:rsidRDefault="00FC35E3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4 to 6 Years</w:t>
            </w:r>
            <w:r w:rsidR="00480B17" w:rsidRPr="00042204">
              <w:rPr>
                <w:rFonts w:asciiTheme="majorBidi" w:hAnsiTheme="majorBidi" w:cstheme="majorBidi"/>
              </w:rPr>
              <w:t xml:space="preserve"> (3)</w:t>
            </w:r>
          </w:p>
          <w:p w14:paraId="7DD884CB" w14:textId="7C31C6DF" w:rsidR="00393ADB" w:rsidRPr="00042204" w:rsidRDefault="00FC35E3" w:rsidP="00732CC4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7 to more years</w:t>
            </w:r>
            <w:r w:rsidR="00480B17" w:rsidRPr="00042204">
              <w:rPr>
                <w:rFonts w:asciiTheme="majorBidi" w:hAnsiTheme="majorBidi" w:cstheme="majorBidi"/>
              </w:rPr>
              <w:t xml:space="preserve"> (5)</w:t>
            </w:r>
          </w:p>
        </w:tc>
        <w:tc>
          <w:tcPr>
            <w:tcW w:w="2153" w:type="dxa"/>
          </w:tcPr>
          <w:p w14:paraId="766B57C7" w14:textId="77777777" w:rsidR="00393ADB" w:rsidRPr="00042204" w:rsidRDefault="00393ADB">
            <w:pPr>
              <w:rPr>
                <w:rFonts w:asciiTheme="majorBidi" w:hAnsiTheme="majorBidi" w:cstheme="majorBidi"/>
              </w:rPr>
            </w:pPr>
          </w:p>
        </w:tc>
      </w:tr>
      <w:tr w:rsidR="00393ADB" w:rsidRPr="00042204" w14:paraId="006D7EEE" w14:textId="77777777" w:rsidTr="0021118D">
        <w:trPr>
          <w:jc w:val="center"/>
        </w:trPr>
        <w:tc>
          <w:tcPr>
            <w:tcW w:w="959" w:type="dxa"/>
          </w:tcPr>
          <w:p w14:paraId="7750F366" w14:textId="7777777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710" w:type="dxa"/>
          </w:tcPr>
          <w:p w14:paraId="42082E5E" w14:textId="52DA16DB" w:rsidR="00AB61B1" w:rsidRPr="00042204" w:rsidRDefault="00000000">
            <w:pPr>
              <w:rPr>
                <w:rFonts w:asciiTheme="majorBidi" w:hAnsiTheme="majorBidi" w:cstheme="majorBidi"/>
                <w:b/>
                <w:bCs/>
              </w:rPr>
            </w:pPr>
            <w:r w:rsidRPr="00042204">
              <w:rPr>
                <w:rFonts w:asciiTheme="majorBidi" w:hAnsiTheme="majorBidi" w:cstheme="majorBidi"/>
                <w:b/>
                <w:bCs/>
              </w:rPr>
              <w:t xml:space="preserve">Contribution to Community </w:t>
            </w:r>
            <w:r w:rsidR="00D037DC" w:rsidRPr="00042204">
              <w:rPr>
                <w:rFonts w:asciiTheme="majorBidi" w:hAnsiTheme="majorBidi" w:cstheme="majorBidi"/>
                <w:b/>
                <w:bCs/>
              </w:rPr>
              <w:t>:</w:t>
            </w:r>
          </w:p>
          <w:p w14:paraId="3AF2C262" w14:textId="0FFD0AC4" w:rsidR="00BC0C4E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Societal impact</w:t>
            </w:r>
            <w:r w:rsidR="00254975" w:rsidRPr="00042204">
              <w:rPr>
                <w:rFonts w:asciiTheme="majorBidi" w:hAnsiTheme="majorBidi" w:cstheme="majorBidi"/>
              </w:rPr>
              <w:t xml:space="preserve"> (</w:t>
            </w:r>
            <w:r w:rsidR="00B7566E" w:rsidRPr="00042204">
              <w:rPr>
                <w:rFonts w:asciiTheme="majorBidi" w:hAnsiTheme="majorBidi" w:cstheme="majorBidi"/>
              </w:rPr>
              <w:t>4</w:t>
            </w:r>
            <w:r w:rsidR="00254975" w:rsidRPr="00042204">
              <w:rPr>
                <w:rFonts w:asciiTheme="majorBidi" w:hAnsiTheme="majorBidi" w:cstheme="majorBidi"/>
              </w:rPr>
              <w:t>)</w:t>
            </w:r>
          </w:p>
          <w:p w14:paraId="3AB452E8" w14:textId="6E3CBF7D" w:rsidR="00BC0C4E" w:rsidRPr="00042204" w:rsidRDefault="00AA132E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Outreach</w:t>
            </w:r>
            <w:r w:rsidR="00B7566E" w:rsidRPr="00042204">
              <w:rPr>
                <w:rFonts w:asciiTheme="majorBidi" w:hAnsiTheme="majorBidi" w:cstheme="majorBidi"/>
              </w:rPr>
              <w:t xml:space="preserve"> (3)</w:t>
            </w:r>
          </w:p>
          <w:p w14:paraId="779680E5" w14:textId="6A5EF075" w:rsidR="00393ADB" w:rsidRPr="00042204" w:rsidRDefault="00BC0C4E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Knowledge sharing</w:t>
            </w:r>
            <w:r w:rsidR="00B7566E" w:rsidRPr="00042204">
              <w:rPr>
                <w:rFonts w:asciiTheme="majorBidi" w:hAnsiTheme="majorBidi" w:cstheme="majorBidi"/>
              </w:rPr>
              <w:t xml:space="preserve"> (4</w:t>
            </w:r>
            <w:r w:rsidRPr="0004220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153" w:type="dxa"/>
          </w:tcPr>
          <w:p w14:paraId="63DBC04F" w14:textId="77777777" w:rsidR="00393ADB" w:rsidRPr="00042204" w:rsidRDefault="00393ADB">
            <w:pPr>
              <w:rPr>
                <w:rFonts w:asciiTheme="majorBidi" w:hAnsiTheme="majorBidi" w:cstheme="majorBidi"/>
              </w:rPr>
            </w:pPr>
          </w:p>
        </w:tc>
      </w:tr>
      <w:tr w:rsidR="00393ADB" w:rsidRPr="00042204" w14:paraId="428F4A64" w14:textId="77777777" w:rsidTr="0021118D">
        <w:trPr>
          <w:jc w:val="center"/>
        </w:trPr>
        <w:tc>
          <w:tcPr>
            <w:tcW w:w="959" w:type="dxa"/>
          </w:tcPr>
          <w:p w14:paraId="03AB16FA" w14:textId="7777777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7710" w:type="dxa"/>
          </w:tcPr>
          <w:p w14:paraId="29673A9B" w14:textId="13ABBA69" w:rsidR="00AB61B1" w:rsidRPr="00042204" w:rsidRDefault="00000000">
            <w:pPr>
              <w:rPr>
                <w:rFonts w:asciiTheme="majorBidi" w:hAnsiTheme="majorBidi" w:cstheme="majorBidi"/>
                <w:b/>
                <w:bCs/>
              </w:rPr>
            </w:pPr>
            <w:r w:rsidRPr="00042204">
              <w:rPr>
                <w:rFonts w:asciiTheme="majorBidi" w:hAnsiTheme="majorBidi" w:cstheme="majorBidi"/>
                <w:b/>
                <w:bCs/>
              </w:rPr>
              <w:t xml:space="preserve">Publications </w:t>
            </w:r>
            <w:r w:rsidR="00D037DC" w:rsidRPr="00042204">
              <w:rPr>
                <w:rFonts w:asciiTheme="majorBidi" w:hAnsiTheme="majorBidi" w:cstheme="majorBidi"/>
                <w:b/>
                <w:bCs/>
              </w:rPr>
              <w:t>:</w:t>
            </w:r>
          </w:p>
          <w:p w14:paraId="148FB8B5" w14:textId="20B767DF" w:rsidR="006F00F8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Peer-reviewed </w:t>
            </w:r>
            <w:r w:rsidR="00E934D1" w:rsidRPr="00042204">
              <w:rPr>
                <w:rFonts w:asciiTheme="majorBidi" w:hAnsiTheme="majorBidi" w:cstheme="majorBidi"/>
              </w:rPr>
              <w:t>J</w:t>
            </w:r>
            <w:r w:rsidRPr="00042204">
              <w:rPr>
                <w:rFonts w:asciiTheme="majorBidi" w:hAnsiTheme="majorBidi" w:cstheme="majorBidi"/>
              </w:rPr>
              <w:t>ournals</w:t>
            </w:r>
            <w:r w:rsidR="00B7566E" w:rsidRPr="00042204">
              <w:rPr>
                <w:rFonts w:asciiTheme="majorBidi" w:hAnsiTheme="majorBidi" w:cstheme="majorBidi"/>
              </w:rPr>
              <w:t xml:space="preserve">(4) </w:t>
            </w:r>
            <w:r w:rsidR="005D4E83" w:rsidRPr="00042204">
              <w:rPr>
                <w:rFonts w:asciiTheme="majorBidi" w:hAnsiTheme="majorBidi" w:cstheme="majorBidi"/>
              </w:rPr>
              <w:t xml:space="preserve"> </w:t>
            </w:r>
            <w:r w:rsidRPr="00042204">
              <w:rPr>
                <w:rFonts w:asciiTheme="majorBidi" w:hAnsiTheme="majorBidi" w:cstheme="majorBidi"/>
              </w:rPr>
              <w:t xml:space="preserve"> </w:t>
            </w:r>
          </w:p>
          <w:p w14:paraId="6A6C1E25" w14:textId="25F8BFC8" w:rsidR="006F00F8" w:rsidRPr="00042204" w:rsidRDefault="006F00F8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Thesis</w:t>
            </w:r>
            <w:r w:rsidR="008172A3">
              <w:rPr>
                <w:rFonts w:asciiTheme="majorBidi" w:hAnsiTheme="majorBidi" w:cstheme="majorBidi"/>
              </w:rPr>
              <w:t xml:space="preserve"> </w:t>
            </w:r>
            <w:r w:rsidR="00B7566E" w:rsidRPr="00042204">
              <w:rPr>
                <w:rFonts w:asciiTheme="majorBidi" w:hAnsiTheme="majorBidi" w:cstheme="majorBidi"/>
              </w:rPr>
              <w:t>(2)</w:t>
            </w:r>
            <w:r w:rsidR="005D4E83" w:rsidRPr="00042204">
              <w:rPr>
                <w:rFonts w:asciiTheme="majorBidi" w:hAnsiTheme="majorBidi" w:cstheme="majorBidi"/>
              </w:rPr>
              <w:t xml:space="preserve">  </w:t>
            </w:r>
            <w:r w:rsidRPr="00042204">
              <w:rPr>
                <w:rFonts w:asciiTheme="majorBidi" w:hAnsiTheme="majorBidi" w:cstheme="majorBidi"/>
              </w:rPr>
              <w:t xml:space="preserve"> </w:t>
            </w:r>
          </w:p>
          <w:p w14:paraId="559D363C" w14:textId="52E22BE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ISBN </w:t>
            </w:r>
            <w:r w:rsidR="00E934D1" w:rsidRPr="00042204">
              <w:rPr>
                <w:rFonts w:asciiTheme="majorBidi" w:hAnsiTheme="majorBidi" w:cstheme="majorBidi"/>
              </w:rPr>
              <w:t>B</w:t>
            </w:r>
            <w:r w:rsidRPr="00042204">
              <w:rPr>
                <w:rFonts w:asciiTheme="majorBidi" w:hAnsiTheme="majorBidi" w:cstheme="majorBidi"/>
              </w:rPr>
              <w:t>ooks</w:t>
            </w:r>
            <w:r w:rsidR="008172A3">
              <w:rPr>
                <w:rFonts w:asciiTheme="majorBidi" w:hAnsiTheme="majorBidi" w:cstheme="majorBidi"/>
              </w:rPr>
              <w:t xml:space="preserve"> </w:t>
            </w:r>
            <w:r w:rsidR="00B7566E" w:rsidRPr="00042204">
              <w:rPr>
                <w:rFonts w:asciiTheme="majorBidi" w:hAnsiTheme="majorBidi" w:cstheme="majorBidi"/>
              </w:rPr>
              <w:t>(4)</w:t>
            </w:r>
          </w:p>
        </w:tc>
        <w:tc>
          <w:tcPr>
            <w:tcW w:w="2153" w:type="dxa"/>
          </w:tcPr>
          <w:p w14:paraId="0B3670BA" w14:textId="77777777" w:rsidR="00393ADB" w:rsidRPr="00042204" w:rsidRDefault="00393ADB">
            <w:pPr>
              <w:rPr>
                <w:rFonts w:asciiTheme="majorBidi" w:hAnsiTheme="majorBidi" w:cstheme="majorBidi"/>
              </w:rPr>
            </w:pPr>
          </w:p>
        </w:tc>
      </w:tr>
      <w:tr w:rsidR="00393ADB" w:rsidRPr="00042204" w14:paraId="2C5651A8" w14:textId="77777777" w:rsidTr="0021118D">
        <w:trPr>
          <w:jc w:val="center"/>
        </w:trPr>
        <w:tc>
          <w:tcPr>
            <w:tcW w:w="959" w:type="dxa"/>
          </w:tcPr>
          <w:p w14:paraId="0E25A85C" w14:textId="7777777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7710" w:type="dxa"/>
          </w:tcPr>
          <w:p w14:paraId="52D0F1D1" w14:textId="77777777" w:rsidR="009F611A" w:rsidRPr="00042204" w:rsidRDefault="00000000">
            <w:pPr>
              <w:rPr>
                <w:rFonts w:asciiTheme="majorBidi" w:hAnsiTheme="majorBidi" w:cstheme="majorBidi"/>
                <w:b/>
                <w:bCs/>
              </w:rPr>
            </w:pPr>
            <w:r w:rsidRPr="00042204">
              <w:rPr>
                <w:rFonts w:asciiTheme="majorBidi" w:hAnsiTheme="majorBidi" w:cstheme="majorBidi"/>
                <w:b/>
                <w:bCs/>
              </w:rPr>
              <w:t xml:space="preserve">Other Achievements </w:t>
            </w:r>
          </w:p>
          <w:p w14:paraId="7FE424C6" w14:textId="46BD2C3A" w:rsidR="006F00F8" w:rsidRPr="00042204" w:rsidRDefault="00000000" w:rsidP="009F611A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Grants</w:t>
            </w:r>
            <w:r w:rsidR="00E934D1" w:rsidRPr="00042204">
              <w:rPr>
                <w:rFonts w:asciiTheme="majorBidi" w:hAnsiTheme="majorBidi" w:cstheme="majorBidi"/>
              </w:rPr>
              <w:t xml:space="preserve"> / Funding</w:t>
            </w:r>
            <w:r w:rsidR="000357AB">
              <w:rPr>
                <w:rFonts w:asciiTheme="majorBidi" w:hAnsiTheme="majorBidi" w:cstheme="majorBidi"/>
              </w:rPr>
              <w:t xml:space="preserve"> / Patent</w:t>
            </w:r>
            <w:r w:rsidR="009C28A4" w:rsidRPr="00042204">
              <w:rPr>
                <w:rFonts w:asciiTheme="majorBidi" w:hAnsiTheme="majorBidi" w:cstheme="majorBidi"/>
              </w:rPr>
              <w:t xml:space="preserve"> (</w:t>
            </w:r>
            <w:r w:rsidR="00A6108B" w:rsidRPr="00042204">
              <w:rPr>
                <w:rFonts w:asciiTheme="majorBidi" w:hAnsiTheme="majorBidi" w:cstheme="majorBidi"/>
              </w:rPr>
              <w:t>3</w:t>
            </w:r>
            <w:r w:rsidR="009C28A4" w:rsidRPr="00042204">
              <w:rPr>
                <w:rFonts w:asciiTheme="majorBidi" w:hAnsiTheme="majorBidi" w:cstheme="majorBidi"/>
              </w:rPr>
              <w:t>)</w:t>
            </w:r>
            <w:r w:rsidR="00A1502C" w:rsidRPr="00042204">
              <w:rPr>
                <w:rFonts w:asciiTheme="majorBidi" w:hAnsiTheme="majorBidi" w:cstheme="majorBidi"/>
              </w:rPr>
              <w:t xml:space="preserve"> </w:t>
            </w:r>
          </w:p>
          <w:p w14:paraId="6C64E81C" w14:textId="7E804AD9" w:rsidR="006F00F8" w:rsidRPr="00042204" w:rsidRDefault="00A820B7" w:rsidP="009F611A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Prior </w:t>
            </w:r>
            <w:r w:rsidR="00E934D1" w:rsidRPr="00042204">
              <w:rPr>
                <w:rFonts w:asciiTheme="majorBidi" w:hAnsiTheme="majorBidi" w:cstheme="majorBidi"/>
              </w:rPr>
              <w:t>A</w:t>
            </w:r>
            <w:r w:rsidRPr="00042204">
              <w:rPr>
                <w:rFonts w:asciiTheme="majorBidi" w:hAnsiTheme="majorBidi" w:cstheme="majorBidi"/>
              </w:rPr>
              <w:t>wards</w:t>
            </w:r>
            <w:r w:rsidR="009C28A4" w:rsidRPr="00042204">
              <w:rPr>
                <w:rFonts w:asciiTheme="majorBidi" w:hAnsiTheme="majorBidi" w:cstheme="majorBidi"/>
              </w:rPr>
              <w:t xml:space="preserve"> (</w:t>
            </w:r>
            <w:r w:rsidR="00A6108B" w:rsidRPr="00042204">
              <w:rPr>
                <w:rFonts w:asciiTheme="majorBidi" w:hAnsiTheme="majorBidi" w:cstheme="majorBidi"/>
              </w:rPr>
              <w:t>5</w:t>
            </w:r>
            <w:r w:rsidR="009C28A4" w:rsidRPr="00042204">
              <w:rPr>
                <w:rFonts w:asciiTheme="majorBidi" w:hAnsiTheme="majorBidi" w:cstheme="majorBidi"/>
              </w:rPr>
              <w:t xml:space="preserve">)  </w:t>
            </w:r>
            <w:r w:rsidR="00A1502C" w:rsidRPr="00042204">
              <w:rPr>
                <w:rFonts w:asciiTheme="majorBidi" w:hAnsiTheme="majorBidi" w:cstheme="majorBidi"/>
              </w:rPr>
              <w:t xml:space="preserve"> </w:t>
            </w:r>
          </w:p>
          <w:p w14:paraId="55B89694" w14:textId="557C6526" w:rsidR="00393ADB" w:rsidRPr="00042204" w:rsidRDefault="00BC0C4E" w:rsidP="009F611A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Passes Extra Exams</w:t>
            </w:r>
            <w:r w:rsidR="009C28A4" w:rsidRPr="00042204">
              <w:rPr>
                <w:rFonts w:asciiTheme="majorBidi" w:hAnsiTheme="majorBidi" w:cstheme="majorBidi"/>
              </w:rPr>
              <w:t xml:space="preserve"> </w:t>
            </w:r>
            <w:r w:rsidR="006F00F8" w:rsidRPr="00042204">
              <w:rPr>
                <w:rFonts w:asciiTheme="majorBidi" w:hAnsiTheme="majorBidi" w:cstheme="majorBidi"/>
              </w:rPr>
              <w:t xml:space="preserve"> - </w:t>
            </w:r>
            <w:r w:rsidR="008D396B" w:rsidRPr="00042204">
              <w:rPr>
                <w:rFonts w:asciiTheme="majorBidi" w:hAnsiTheme="majorBidi" w:cstheme="majorBidi"/>
              </w:rPr>
              <w:t xml:space="preserve"> </w:t>
            </w:r>
            <w:r w:rsidR="006F00F8" w:rsidRPr="00042204">
              <w:rPr>
                <w:rFonts w:asciiTheme="majorBidi" w:hAnsiTheme="majorBidi" w:cstheme="majorBidi"/>
              </w:rPr>
              <w:t>NET/GSET/TET/JEE/GATE/MAT</w:t>
            </w:r>
            <w:r w:rsidR="008172A3">
              <w:rPr>
                <w:rFonts w:asciiTheme="majorBidi" w:hAnsiTheme="majorBidi" w:cstheme="majorBidi"/>
              </w:rPr>
              <w:t>/CAT</w:t>
            </w:r>
            <w:r w:rsidR="006F00F8" w:rsidRPr="00042204">
              <w:rPr>
                <w:rFonts w:asciiTheme="majorBidi" w:hAnsiTheme="majorBidi" w:cstheme="majorBidi"/>
              </w:rPr>
              <w:t xml:space="preserve"> etc. (2)</w:t>
            </w:r>
          </w:p>
        </w:tc>
        <w:tc>
          <w:tcPr>
            <w:tcW w:w="2153" w:type="dxa"/>
          </w:tcPr>
          <w:p w14:paraId="25759EB5" w14:textId="77777777" w:rsidR="00393ADB" w:rsidRPr="00042204" w:rsidRDefault="00393ADB">
            <w:pPr>
              <w:rPr>
                <w:rFonts w:asciiTheme="majorBidi" w:hAnsiTheme="majorBidi" w:cstheme="majorBidi"/>
              </w:rPr>
            </w:pPr>
          </w:p>
        </w:tc>
      </w:tr>
      <w:tr w:rsidR="00393ADB" w:rsidRPr="00042204" w14:paraId="41720729" w14:textId="77777777" w:rsidTr="0021118D">
        <w:trPr>
          <w:jc w:val="center"/>
        </w:trPr>
        <w:tc>
          <w:tcPr>
            <w:tcW w:w="959" w:type="dxa"/>
          </w:tcPr>
          <w:p w14:paraId="068773F3" w14:textId="77777777" w:rsidR="00393ADB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7710" w:type="dxa"/>
          </w:tcPr>
          <w:p w14:paraId="6635A017" w14:textId="77777777" w:rsidR="00AB61B1" w:rsidRPr="00042204" w:rsidRDefault="00000000">
            <w:pPr>
              <w:rPr>
                <w:rFonts w:asciiTheme="majorBidi" w:hAnsiTheme="majorBidi" w:cstheme="majorBidi"/>
                <w:b/>
                <w:bCs/>
              </w:rPr>
            </w:pPr>
            <w:r w:rsidRPr="00042204">
              <w:rPr>
                <w:rFonts w:asciiTheme="majorBidi" w:hAnsiTheme="majorBidi" w:cstheme="majorBidi"/>
                <w:b/>
                <w:bCs/>
              </w:rPr>
              <w:t xml:space="preserve">Participation in Events </w:t>
            </w:r>
          </w:p>
          <w:p w14:paraId="50A9C993" w14:textId="6D26260C" w:rsidR="00D06D5D" w:rsidRPr="00042204" w:rsidRDefault="0000000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Conferences</w:t>
            </w:r>
            <w:r w:rsidR="00E80A65" w:rsidRPr="00042204">
              <w:rPr>
                <w:rFonts w:asciiTheme="majorBidi" w:hAnsiTheme="majorBidi" w:cstheme="majorBidi"/>
              </w:rPr>
              <w:t xml:space="preserve"> / </w:t>
            </w:r>
            <w:r w:rsidRPr="00042204">
              <w:rPr>
                <w:rFonts w:asciiTheme="majorBidi" w:hAnsiTheme="majorBidi" w:cstheme="majorBidi"/>
              </w:rPr>
              <w:t xml:space="preserve"> </w:t>
            </w:r>
            <w:r w:rsidR="00D06D5D" w:rsidRPr="00042204">
              <w:rPr>
                <w:rFonts w:asciiTheme="majorBidi" w:hAnsiTheme="majorBidi" w:cstheme="majorBidi"/>
              </w:rPr>
              <w:t>S</w:t>
            </w:r>
            <w:r w:rsidRPr="00042204">
              <w:rPr>
                <w:rFonts w:asciiTheme="majorBidi" w:hAnsiTheme="majorBidi" w:cstheme="majorBidi"/>
              </w:rPr>
              <w:t>eminars</w:t>
            </w:r>
            <w:r w:rsidR="00E80A65" w:rsidRPr="00042204">
              <w:rPr>
                <w:rFonts w:asciiTheme="majorBidi" w:hAnsiTheme="majorBidi" w:cstheme="majorBidi"/>
              </w:rPr>
              <w:t xml:space="preserve"> (5)</w:t>
            </w:r>
            <w:r w:rsidRPr="00042204">
              <w:rPr>
                <w:rFonts w:asciiTheme="majorBidi" w:hAnsiTheme="majorBidi" w:cstheme="majorBidi"/>
              </w:rPr>
              <w:t xml:space="preserve"> </w:t>
            </w:r>
            <w:r w:rsidR="00E80A65" w:rsidRPr="00042204">
              <w:rPr>
                <w:rFonts w:asciiTheme="majorBidi" w:hAnsiTheme="majorBidi" w:cstheme="majorBidi"/>
              </w:rPr>
              <w:t xml:space="preserve"> </w:t>
            </w:r>
          </w:p>
          <w:p w14:paraId="1577E38F" w14:textId="2C81DB08" w:rsidR="00393ADB" w:rsidRPr="00042204" w:rsidRDefault="00D06D5D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Workshop</w:t>
            </w:r>
            <w:r w:rsidR="000743EA">
              <w:rPr>
                <w:rFonts w:asciiTheme="majorBidi" w:hAnsiTheme="majorBidi" w:cstheme="majorBidi"/>
              </w:rPr>
              <w:t xml:space="preserve"> </w:t>
            </w:r>
            <w:r w:rsidR="00E80A65" w:rsidRPr="00042204">
              <w:rPr>
                <w:rFonts w:asciiTheme="majorBidi" w:hAnsiTheme="majorBidi" w:cstheme="majorBidi"/>
              </w:rPr>
              <w:t>/</w:t>
            </w:r>
            <w:r w:rsidR="00D3413A">
              <w:rPr>
                <w:rFonts w:asciiTheme="majorBidi" w:hAnsiTheme="majorBidi" w:cstheme="majorBidi"/>
              </w:rPr>
              <w:t xml:space="preserve"> FDP / PDP / </w:t>
            </w:r>
            <w:r w:rsidRPr="00042204">
              <w:rPr>
                <w:rFonts w:asciiTheme="majorBidi" w:hAnsiTheme="majorBidi" w:cstheme="majorBidi"/>
              </w:rPr>
              <w:t xml:space="preserve"> Training programs</w:t>
            </w:r>
            <w:r w:rsidR="00E80A65" w:rsidRPr="00042204">
              <w:rPr>
                <w:rFonts w:asciiTheme="majorBidi" w:hAnsiTheme="majorBidi" w:cstheme="majorBidi"/>
              </w:rPr>
              <w:t xml:space="preserve"> (</w:t>
            </w:r>
            <w:r w:rsidRPr="00042204">
              <w:rPr>
                <w:rFonts w:asciiTheme="majorBidi" w:hAnsiTheme="majorBidi" w:cstheme="majorBidi"/>
              </w:rPr>
              <w:t>5</w:t>
            </w:r>
            <w:r w:rsidR="00E80A65" w:rsidRPr="0004220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153" w:type="dxa"/>
          </w:tcPr>
          <w:p w14:paraId="336193DB" w14:textId="77777777" w:rsidR="00393ADB" w:rsidRPr="00042204" w:rsidRDefault="00393ADB">
            <w:pPr>
              <w:rPr>
                <w:rFonts w:asciiTheme="majorBidi" w:hAnsiTheme="majorBidi" w:cstheme="majorBidi"/>
              </w:rPr>
            </w:pPr>
          </w:p>
        </w:tc>
      </w:tr>
      <w:tr w:rsidR="007523FB" w:rsidRPr="00042204" w14:paraId="7541E7D7" w14:textId="77777777" w:rsidTr="00D06D5D">
        <w:trPr>
          <w:trHeight w:val="397"/>
          <w:jc w:val="center"/>
        </w:trPr>
        <w:tc>
          <w:tcPr>
            <w:tcW w:w="959" w:type="dxa"/>
            <w:vAlign w:val="center"/>
          </w:tcPr>
          <w:p w14:paraId="5B4D3BFE" w14:textId="7C6821F5" w:rsidR="007523FB" w:rsidRPr="00042204" w:rsidRDefault="007523FB" w:rsidP="00D06D5D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7710" w:type="dxa"/>
            <w:vAlign w:val="center"/>
          </w:tcPr>
          <w:p w14:paraId="502B7161" w14:textId="77777777" w:rsidR="007523FB" w:rsidRPr="00042204" w:rsidRDefault="007523FB" w:rsidP="00D06D5D">
            <w:pPr>
              <w:rPr>
                <w:rFonts w:asciiTheme="majorBidi" w:hAnsiTheme="majorBidi" w:cstheme="majorBidi"/>
                <w:b/>
              </w:rPr>
            </w:pPr>
            <w:r w:rsidRPr="00042204">
              <w:rPr>
                <w:rFonts w:asciiTheme="majorBidi" w:hAnsiTheme="majorBidi" w:cstheme="majorBidi"/>
                <w:b/>
              </w:rPr>
              <w:t>Membership of Any Organization:</w:t>
            </w:r>
          </w:p>
          <w:p w14:paraId="771ADBC2" w14:textId="2AB163E9" w:rsidR="007523FB" w:rsidRPr="00042204" w:rsidRDefault="007523FB" w:rsidP="00D06D5D">
            <w:pPr>
              <w:rPr>
                <w:rFonts w:asciiTheme="majorBidi" w:hAnsiTheme="majorBidi" w:cstheme="majorBidi"/>
                <w:bCs/>
              </w:rPr>
            </w:pPr>
            <w:r w:rsidRPr="00042204">
              <w:rPr>
                <w:rFonts w:asciiTheme="majorBidi" w:hAnsiTheme="majorBidi" w:cstheme="majorBidi"/>
                <w:bCs/>
              </w:rPr>
              <w:t xml:space="preserve">Research Organization </w:t>
            </w:r>
            <w:r w:rsidR="005007E2" w:rsidRPr="00042204">
              <w:rPr>
                <w:rFonts w:asciiTheme="majorBidi" w:hAnsiTheme="majorBidi" w:cstheme="majorBidi"/>
                <w:bCs/>
              </w:rPr>
              <w:t xml:space="preserve">/ </w:t>
            </w:r>
            <w:r w:rsidR="003735DC" w:rsidRPr="00042204">
              <w:rPr>
                <w:rFonts w:asciiTheme="majorBidi" w:hAnsiTheme="majorBidi" w:cstheme="majorBidi"/>
                <w:bCs/>
              </w:rPr>
              <w:t xml:space="preserve">Scientific Society / </w:t>
            </w:r>
            <w:r w:rsidR="005007E2" w:rsidRPr="00042204">
              <w:rPr>
                <w:rFonts w:asciiTheme="majorBidi" w:hAnsiTheme="majorBidi" w:cstheme="majorBidi"/>
                <w:bCs/>
              </w:rPr>
              <w:t>Professional Organization</w:t>
            </w:r>
            <w:r w:rsidR="00E8180F" w:rsidRPr="00042204">
              <w:rPr>
                <w:rFonts w:asciiTheme="majorBidi" w:hAnsiTheme="majorBidi" w:cstheme="majorBidi"/>
                <w:bCs/>
              </w:rPr>
              <w:t xml:space="preserve"> </w:t>
            </w:r>
            <w:r w:rsidRPr="00042204">
              <w:rPr>
                <w:rFonts w:asciiTheme="majorBidi" w:hAnsiTheme="majorBidi" w:cstheme="majorBidi"/>
              </w:rPr>
              <w:t>(5)</w:t>
            </w:r>
          </w:p>
          <w:p w14:paraId="3D03537E" w14:textId="721BB7ED" w:rsidR="007523FB" w:rsidRPr="00042204" w:rsidRDefault="007523FB" w:rsidP="00D06D5D">
            <w:pPr>
              <w:rPr>
                <w:rFonts w:asciiTheme="majorBidi" w:hAnsiTheme="majorBidi" w:cstheme="majorBidi"/>
                <w:bCs/>
              </w:rPr>
            </w:pPr>
            <w:r w:rsidRPr="00042204">
              <w:rPr>
                <w:rFonts w:asciiTheme="majorBidi" w:hAnsiTheme="majorBidi" w:cstheme="majorBidi"/>
                <w:bCs/>
              </w:rPr>
              <w:t xml:space="preserve">State or National Government </w:t>
            </w:r>
            <w:r w:rsidR="00E8180F" w:rsidRPr="00042204">
              <w:rPr>
                <w:rFonts w:asciiTheme="majorBidi" w:hAnsiTheme="majorBidi" w:cstheme="majorBidi"/>
                <w:bCs/>
              </w:rPr>
              <w:t xml:space="preserve">Organization </w:t>
            </w:r>
            <w:r w:rsidRPr="00042204">
              <w:rPr>
                <w:rFonts w:asciiTheme="majorBidi" w:hAnsiTheme="majorBidi" w:cstheme="majorBidi"/>
              </w:rPr>
              <w:t>(5)</w:t>
            </w:r>
          </w:p>
        </w:tc>
        <w:tc>
          <w:tcPr>
            <w:tcW w:w="2153" w:type="dxa"/>
            <w:vAlign w:val="center"/>
          </w:tcPr>
          <w:p w14:paraId="43A6E8E8" w14:textId="77777777" w:rsidR="007523FB" w:rsidRPr="00042204" w:rsidRDefault="007523FB" w:rsidP="00D06D5D">
            <w:pPr>
              <w:rPr>
                <w:rFonts w:asciiTheme="majorBidi" w:hAnsiTheme="majorBidi" w:cstheme="majorBidi"/>
              </w:rPr>
            </w:pPr>
          </w:p>
        </w:tc>
      </w:tr>
      <w:tr w:rsidR="00393ADB" w:rsidRPr="00042204" w14:paraId="215E2CA0" w14:textId="77777777" w:rsidTr="00D06D5D">
        <w:trPr>
          <w:trHeight w:val="397"/>
          <w:jc w:val="center"/>
        </w:trPr>
        <w:tc>
          <w:tcPr>
            <w:tcW w:w="959" w:type="dxa"/>
            <w:vAlign w:val="center"/>
          </w:tcPr>
          <w:p w14:paraId="4E897820" w14:textId="77777777" w:rsidR="00393ADB" w:rsidRPr="00042204" w:rsidRDefault="00393ADB" w:rsidP="00D06D5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710" w:type="dxa"/>
            <w:vAlign w:val="center"/>
          </w:tcPr>
          <w:p w14:paraId="0AD2415D" w14:textId="5354FA65" w:rsidR="00393ADB" w:rsidRPr="00042204" w:rsidRDefault="00000000" w:rsidP="00D06D5D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>TOTAL SCORE</w:t>
            </w:r>
            <w:r w:rsidR="00C06DF7" w:rsidRPr="00042204">
              <w:rPr>
                <w:rFonts w:asciiTheme="majorBidi" w:hAnsiTheme="majorBidi" w:cstheme="majorBidi"/>
                <w:b/>
              </w:rPr>
              <w:t xml:space="preserve"> - </w:t>
            </w:r>
          </w:p>
        </w:tc>
        <w:tc>
          <w:tcPr>
            <w:tcW w:w="2153" w:type="dxa"/>
            <w:vAlign w:val="center"/>
          </w:tcPr>
          <w:p w14:paraId="3F22492E" w14:textId="1B7A7CD5" w:rsidR="00393ADB" w:rsidRPr="00042204" w:rsidRDefault="00000000" w:rsidP="00D06D5D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      </w:t>
            </w:r>
          </w:p>
        </w:tc>
      </w:tr>
    </w:tbl>
    <w:p w14:paraId="1376C5E5" w14:textId="77777777" w:rsidR="00893595" w:rsidRPr="00274257" w:rsidRDefault="00893595" w:rsidP="009F611A">
      <w:pPr>
        <w:pStyle w:val="Heading1"/>
        <w:rPr>
          <w:rFonts w:asciiTheme="majorBidi" w:hAnsiTheme="majorBidi"/>
          <w:sz w:val="20"/>
          <w:szCs w:val="20"/>
        </w:rPr>
      </w:pPr>
    </w:p>
    <w:p w14:paraId="5F2263A1" w14:textId="5C978D5B" w:rsidR="009F611A" w:rsidRPr="00042204" w:rsidRDefault="00D731CB" w:rsidP="00893595">
      <w:pPr>
        <w:pStyle w:val="Heading1"/>
        <w:spacing w:before="0" w:line="240" w:lineRule="auto"/>
        <w:rPr>
          <w:rFonts w:asciiTheme="majorBidi" w:hAnsiTheme="majorBidi"/>
        </w:rPr>
      </w:pPr>
      <w:r w:rsidRPr="00042204">
        <w:rPr>
          <w:rFonts w:asciiTheme="majorBidi" w:hAnsiTheme="majorBidi"/>
        </w:rPr>
        <w:t>2</w:t>
      </w:r>
      <w:r w:rsidR="009F611A" w:rsidRPr="00042204">
        <w:rPr>
          <w:rFonts w:asciiTheme="majorBidi" w:hAnsiTheme="majorBidi"/>
        </w:rPr>
        <w:t>. Nomination Justification &amp; Impact</w:t>
      </w:r>
      <w:r w:rsidR="00BE4EDB">
        <w:rPr>
          <w:rFonts w:asciiTheme="majorBidi" w:hAnsiTheme="majorBidi"/>
        </w:rPr>
        <w:t xml:space="preserve"> :</w:t>
      </w:r>
    </w:p>
    <w:p w14:paraId="34619230" w14:textId="2DC70059" w:rsidR="00083A36" w:rsidRPr="00042204" w:rsidRDefault="009F611A" w:rsidP="004A01B5">
      <w:pPr>
        <w:pBdr>
          <w:bottom w:val="single" w:sz="12" w:space="1" w:color="auto"/>
        </w:pBdr>
        <w:jc w:val="both"/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Provide a detailed summary of the nominee's contributions.</w:t>
      </w:r>
      <w:r w:rsidR="00124BB9" w:rsidRPr="00042204">
        <w:rPr>
          <w:rFonts w:asciiTheme="majorBidi" w:hAnsiTheme="majorBidi" w:cstheme="majorBidi"/>
        </w:rPr>
        <w:t xml:space="preserve"> </w:t>
      </w:r>
      <w:r w:rsidRPr="00042204">
        <w:rPr>
          <w:rFonts w:asciiTheme="majorBidi" w:hAnsiTheme="majorBidi" w:cstheme="majorBidi"/>
        </w:rPr>
        <w:t xml:space="preserve"> Please highlight achievements in academic</w:t>
      </w:r>
      <w:r w:rsidR="00E5359D" w:rsidRPr="00042204">
        <w:rPr>
          <w:rFonts w:asciiTheme="majorBidi" w:hAnsiTheme="majorBidi" w:cstheme="majorBidi"/>
        </w:rPr>
        <w:t xml:space="preserve"> work</w:t>
      </w:r>
      <w:r w:rsidR="005544F6" w:rsidRPr="00042204">
        <w:rPr>
          <w:rFonts w:asciiTheme="majorBidi" w:hAnsiTheme="majorBidi" w:cstheme="majorBidi"/>
        </w:rPr>
        <w:t xml:space="preserve"> / professional work,  contributions and impact on community/society,  developmental achievements</w:t>
      </w:r>
      <w:r w:rsidR="0076212D" w:rsidRPr="00042204">
        <w:rPr>
          <w:rFonts w:asciiTheme="majorBidi" w:hAnsiTheme="majorBidi" w:cstheme="majorBidi"/>
        </w:rPr>
        <w:t xml:space="preserve">, </w:t>
      </w:r>
      <w:r w:rsidR="00AF29C6" w:rsidRPr="00042204">
        <w:rPr>
          <w:rFonts w:asciiTheme="majorBidi" w:hAnsiTheme="majorBidi" w:cstheme="majorBidi"/>
        </w:rPr>
        <w:t xml:space="preserve"> </w:t>
      </w:r>
      <w:r w:rsidR="00720397" w:rsidRPr="00042204">
        <w:rPr>
          <w:rFonts w:asciiTheme="majorBidi" w:hAnsiTheme="majorBidi" w:cstheme="majorBidi"/>
        </w:rPr>
        <w:t>f</w:t>
      </w:r>
      <w:r w:rsidR="0076212D" w:rsidRPr="00042204">
        <w:rPr>
          <w:rFonts w:asciiTheme="majorBidi" w:hAnsiTheme="majorBidi" w:cstheme="majorBidi"/>
        </w:rPr>
        <w:t>u</w:t>
      </w:r>
      <w:r w:rsidR="00AF29C6" w:rsidRPr="00042204">
        <w:rPr>
          <w:rFonts w:asciiTheme="majorBidi" w:hAnsiTheme="majorBidi" w:cstheme="majorBidi"/>
        </w:rPr>
        <w:t>ture</w:t>
      </w:r>
      <w:r w:rsidR="0076212D" w:rsidRPr="00042204">
        <w:rPr>
          <w:rFonts w:asciiTheme="majorBidi" w:hAnsiTheme="majorBidi" w:cstheme="majorBidi"/>
        </w:rPr>
        <w:t xml:space="preserve"> vision/aims </w:t>
      </w:r>
      <w:r w:rsidR="006B3099" w:rsidRPr="00042204">
        <w:rPr>
          <w:rFonts w:asciiTheme="majorBidi" w:hAnsiTheme="majorBidi" w:cstheme="majorBidi"/>
        </w:rPr>
        <w:t xml:space="preserve"> </w:t>
      </w:r>
      <w:r w:rsidR="0076212D" w:rsidRPr="00042204">
        <w:rPr>
          <w:rFonts w:asciiTheme="majorBidi" w:hAnsiTheme="majorBidi" w:cstheme="majorBidi"/>
        </w:rPr>
        <w:t xml:space="preserve">for own development / institution </w:t>
      </w:r>
      <w:r w:rsidR="00995421" w:rsidRPr="00042204">
        <w:rPr>
          <w:rFonts w:asciiTheme="majorBidi" w:hAnsiTheme="majorBidi" w:cstheme="majorBidi"/>
        </w:rPr>
        <w:t>development</w:t>
      </w:r>
      <w:r w:rsidR="00720397" w:rsidRPr="00042204">
        <w:rPr>
          <w:rFonts w:asciiTheme="majorBidi" w:hAnsiTheme="majorBidi" w:cstheme="majorBidi"/>
        </w:rPr>
        <w:t xml:space="preserve"> which can be helpful to local community/ any specific work area/ professional field / state/country</w:t>
      </w:r>
      <w:r w:rsidR="00995421" w:rsidRPr="00042204">
        <w:rPr>
          <w:rFonts w:asciiTheme="majorBidi" w:hAnsiTheme="majorBidi" w:cstheme="majorBidi"/>
        </w:rPr>
        <w:t xml:space="preserve">. </w:t>
      </w:r>
    </w:p>
    <w:p w14:paraId="4555051C" w14:textId="590BCA6D" w:rsidR="009F611A" w:rsidRPr="00042204" w:rsidRDefault="009F611A" w:rsidP="009F611A">
      <w:pPr>
        <w:pBdr>
          <w:bottom w:val="single" w:sz="12" w:space="1" w:color="auto"/>
        </w:pBd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 xml:space="preserve"> (</w:t>
      </w:r>
      <w:r w:rsidR="00083A36" w:rsidRPr="00042204">
        <w:rPr>
          <w:rFonts w:asciiTheme="majorBidi" w:hAnsiTheme="majorBidi" w:cstheme="majorBidi"/>
        </w:rPr>
        <w:t xml:space="preserve"> </w:t>
      </w:r>
      <w:r w:rsidR="00B27D5B" w:rsidRPr="00042204">
        <w:rPr>
          <w:rFonts w:asciiTheme="majorBidi" w:hAnsiTheme="majorBidi" w:cstheme="majorBidi"/>
        </w:rPr>
        <w:t xml:space="preserve">Type  </w:t>
      </w:r>
      <w:r w:rsidR="00083A36" w:rsidRPr="00042204">
        <w:rPr>
          <w:rFonts w:asciiTheme="majorBidi" w:hAnsiTheme="majorBidi" w:cstheme="majorBidi"/>
        </w:rPr>
        <w:t xml:space="preserve"> </w:t>
      </w:r>
      <w:r w:rsidR="00B27D5B" w:rsidRPr="00042204">
        <w:rPr>
          <w:rFonts w:asciiTheme="majorBidi" w:hAnsiTheme="majorBidi" w:cstheme="majorBidi"/>
        </w:rPr>
        <w:t xml:space="preserve">-  </w:t>
      </w:r>
      <w:r w:rsidRPr="00042204">
        <w:rPr>
          <w:rFonts w:asciiTheme="majorBidi" w:hAnsiTheme="majorBidi" w:cstheme="majorBidi"/>
        </w:rPr>
        <w:t>Maximum 500 words)</w:t>
      </w:r>
    </w:p>
    <w:p w14:paraId="42CE7102" w14:textId="48C54513" w:rsidR="00B15B75" w:rsidRPr="00042204" w:rsidRDefault="00B15B75" w:rsidP="00B15B75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__________________________________________________________________________________________________</w:t>
      </w:r>
    </w:p>
    <w:p w14:paraId="735CACC6" w14:textId="52F7B56E" w:rsidR="00B15B75" w:rsidRPr="00042204" w:rsidRDefault="00B15B75" w:rsidP="00B15B75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__________________________________________________________________________________________________</w:t>
      </w:r>
    </w:p>
    <w:p w14:paraId="64FDF2A5" w14:textId="03F81A67" w:rsidR="00B15B75" w:rsidRPr="00042204" w:rsidRDefault="00B15B75" w:rsidP="00B15B75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__________________________________________________________________________________________________</w:t>
      </w:r>
    </w:p>
    <w:p w14:paraId="7D52942E" w14:textId="601981EF" w:rsidR="00B15B75" w:rsidRPr="00042204" w:rsidRDefault="00B15B75" w:rsidP="00B15B75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__________________________________________________________________________________________________</w:t>
      </w:r>
    </w:p>
    <w:p w14:paraId="640BACA8" w14:textId="4D9AA795" w:rsidR="00B15B75" w:rsidRPr="00042204" w:rsidRDefault="00B15B75" w:rsidP="00B15B75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__________________________________________________________________________________________________</w:t>
      </w:r>
    </w:p>
    <w:p w14:paraId="2EEBA44A" w14:textId="411BDF56" w:rsidR="00B15B75" w:rsidRPr="00042204" w:rsidRDefault="00B15B75" w:rsidP="00B15B75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__________________________________________________________________________________________________</w:t>
      </w:r>
    </w:p>
    <w:p w14:paraId="210A7D02" w14:textId="6553C8C5" w:rsidR="00B15B75" w:rsidRPr="00042204" w:rsidRDefault="00B15B75" w:rsidP="00B15B75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__________________________________________________________________________________________________</w:t>
      </w:r>
    </w:p>
    <w:p w14:paraId="2A6A6C33" w14:textId="5A4A284C" w:rsidR="00B15B75" w:rsidRPr="00042204" w:rsidRDefault="00B15B75" w:rsidP="00B15B75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__________________________________________________________________________________________________</w:t>
      </w:r>
    </w:p>
    <w:p w14:paraId="4FC5BC64" w14:textId="69F8D9AD" w:rsidR="00B15B75" w:rsidRPr="00042204" w:rsidRDefault="00B15B75" w:rsidP="00B15B75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__________________________________________________________________________________________________</w:t>
      </w:r>
    </w:p>
    <w:p w14:paraId="6FD91653" w14:textId="0AC3BB89" w:rsidR="00B15B75" w:rsidRPr="00042204" w:rsidRDefault="00B15B75" w:rsidP="00B15B75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__________________________________________________________________________________________________</w:t>
      </w:r>
    </w:p>
    <w:p w14:paraId="40EECADA" w14:textId="2BEE02FC" w:rsidR="009F611A" w:rsidRPr="00042204" w:rsidRDefault="00D731CB" w:rsidP="009F611A">
      <w:pPr>
        <w:pStyle w:val="Heading1"/>
        <w:rPr>
          <w:rFonts w:asciiTheme="majorBidi" w:hAnsiTheme="majorBidi"/>
        </w:rPr>
      </w:pPr>
      <w:r w:rsidRPr="00042204">
        <w:rPr>
          <w:rFonts w:asciiTheme="majorBidi" w:hAnsiTheme="majorBidi"/>
        </w:rPr>
        <w:t>3</w:t>
      </w:r>
      <w:r w:rsidR="009F611A" w:rsidRPr="00042204">
        <w:rPr>
          <w:rFonts w:asciiTheme="majorBidi" w:hAnsiTheme="majorBidi"/>
        </w:rPr>
        <w:t>. Supporting Documents Checklist</w:t>
      </w:r>
      <w:r w:rsidR="00BE4EDB">
        <w:rPr>
          <w:rFonts w:asciiTheme="majorBidi" w:hAnsiTheme="majorBidi"/>
        </w:rPr>
        <w:t xml:space="preserve">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4"/>
        <w:gridCol w:w="1586"/>
      </w:tblGrid>
      <w:tr w:rsidR="00357895" w:rsidRPr="00042204" w14:paraId="1C76714D" w14:textId="77777777" w:rsidTr="00592ED4">
        <w:tc>
          <w:tcPr>
            <w:tcW w:w="9184" w:type="dxa"/>
          </w:tcPr>
          <w:p w14:paraId="5800E681" w14:textId="6621CD87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Updated Curriculum Vitae (CV)</w:t>
            </w:r>
          </w:p>
        </w:tc>
        <w:tc>
          <w:tcPr>
            <w:tcW w:w="1586" w:type="dxa"/>
          </w:tcPr>
          <w:p w14:paraId="3597D295" w14:textId="0C47EBF6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Yes / No</w:t>
            </w:r>
          </w:p>
        </w:tc>
      </w:tr>
      <w:tr w:rsidR="00357895" w:rsidRPr="00042204" w14:paraId="4E177166" w14:textId="77777777" w:rsidTr="00592ED4">
        <w:tc>
          <w:tcPr>
            <w:tcW w:w="9184" w:type="dxa"/>
          </w:tcPr>
          <w:p w14:paraId="313E597C" w14:textId="5015890F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Profile Webpage Link </w:t>
            </w:r>
            <w:r w:rsidR="0050452C" w:rsidRPr="00042204">
              <w:rPr>
                <w:rFonts w:asciiTheme="majorBidi" w:hAnsiTheme="majorBidi" w:cstheme="majorBidi"/>
              </w:rPr>
              <w:t xml:space="preserve">   </w:t>
            </w:r>
            <w:r w:rsidRPr="00042204">
              <w:rPr>
                <w:rFonts w:asciiTheme="majorBidi" w:hAnsiTheme="majorBidi" w:cstheme="majorBidi"/>
              </w:rPr>
              <w:t xml:space="preserve">( any 2  - Must be only authentic visible profile links) </w:t>
            </w:r>
          </w:p>
          <w:p w14:paraId="2B633453" w14:textId="77777777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Google Scholar link:- </w:t>
            </w:r>
          </w:p>
          <w:p w14:paraId="6C66A27B" w14:textId="77777777" w:rsidR="00357895" w:rsidRPr="00042204" w:rsidRDefault="00357895" w:rsidP="00357895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Institution Webpage link:-     </w:t>
            </w:r>
          </w:p>
          <w:p w14:paraId="432266E3" w14:textId="77777777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ResearchGate link:- </w:t>
            </w:r>
          </w:p>
          <w:p w14:paraId="043279DA" w14:textId="77777777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Publons link:- </w:t>
            </w:r>
          </w:p>
          <w:p w14:paraId="1F7361D2" w14:textId="77777777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SSRN link:- </w:t>
            </w:r>
          </w:p>
          <w:p w14:paraId="5D14E121" w14:textId="11FD0FC9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Academia link:- </w:t>
            </w:r>
          </w:p>
          <w:p w14:paraId="67A87BD7" w14:textId="3980AF4E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OR</w:t>
            </w:r>
          </w:p>
          <w:p w14:paraId="0331CB20" w14:textId="66B96633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Copies of relevant publications (Research Papers, ISBN Books, or Thesis abstracts)   </w:t>
            </w:r>
            <w:r w:rsidR="007976CF" w:rsidRPr="00042204">
              <w:rPr>
                <w:rFonts w:asciiTheme="majorBidi" w:hAnsiTheme="majorBidi" w:cstheme="majorBidi"/>
              </w:rPr>
              <w:t xml:space="preserve">-  compiled   PDF </w:t>
            </w:r>
          </w:p>
          <w:p w14:paraId="06E56248" w14:textId="471B0BB7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86" w:type="dxa"/>
          </w:tcPr>
          <w:p w14:paraId="28F80653" w14:textId="7AEB0B73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Yes / No</w:t>
            </w:r>
          </w:p>
        </w:tc>
      </w:tr>
      <w:tr w:rsidR="00357895" w:rsidRPr="00042204" w14:paraId="5E7F71CB" w14:textId="77777777" w:rsidTr="00592ED4">
        <w:tc>
          <w:tcPr>
            <w:tcW w:w="9184" w:type="dxa"/>
          </w:tcPr>
          <w:p w14:paraId="6F076665" w14:textId="0D0DE332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Certificates of participation in academic </w:t>
            </w:r>
            <w:r w:rsidR="00F82291" w:rsidRPr="00042204">
              <w:rPr>
                <w:rFonts w:asciiTheme="majorBidi" w:hAnsiTheme="majorBidi" w:cstheme="majorBidi"/>
              </w:rPr>
              <w:t xml:space="preserve">/ professional </w:t>
            </w:r>
            <w:r w:rsidRPr="00042204">
              <w:rPr>
                <w:rFonts w:asciiTheme="majorBidi" w:hAnsiTheme="majorBidi" w:cstheme="majorBidi"/>
              </w:rPr>
              <w:t xml:space="preserve">events   -  </w:t>
            </w:r>
            <w:r w:rsidR="007976CF" w:rsidRPr="00042204">
              <w:rPr>
                <w:rFonts w:asciiTheme="majorBidi" w:hAnsiTheme="majorBidi" w:cstheme="majorBidi"/>
              </w:rPr>
              <w:t xml:space="preserve">compiled  </w:t>
            </w:r>
            <w:r w:rsidRPr="00042204">
              <w:rPr>
                <w:rFonts w:asciiTheme="majorBidi" w:hAnsiTheme="majorBidi" w:cstheme="majorBidi"/>
              </w:rPr>
              <w:t xml:space="preserve"> PDF.  </w:t>
            </w:r>
          </w:p>
          <w:p w14:paraId="74662853" w14:textId="626F9DD9" w:rsidR="00357895" w:rsidRPr="00042204" w:rsidRDefault="0035789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(conferences, workshops, training programs)</w:t>
            </w:r>
          </w:p>
        </w:tc>
        <w:tc>
          <w:tcPr>
            <w:tcW w:w="1586" w:type="dxa"/>
          </w:tcPr>
          <w:p w14:paraId="0E25E2EE" w14:textId="4A6CCDA0" w:rsidR="00357895" w:rsidRPr="00042204" w:rsidRDefault="00846437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Yes / No</w:t>
            </w:r>
          </w:p>
        </w:tc>
      </w:tr>
      <w:tr w:rsidR="00AD2528" w:rsidRPr="00042204" w14:paraId="6A381AF8" w14:textId="77777777" w:rsidTr="00592ED4">
        <w:tc>
          <w:tcPr>
            <w:tcW w:w="9184" w:type="dxa"/>
          </w:tcPr>
          <w:p w14:paraId="33AA7868" w14:textId="02F33E38" w:rsidR="00AD2528" w:rsidRPr="00042204" w:rsidRDefault="00AD2528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Certificates of prior achievements  -  compiled   PDF.  </w:t>
            </w:r>
          </w:p>
          <w:p w14:paraId="4D7AD7CF" w14:textId="329FB333" w:rsidR="00AD2528" w:rsidRPr="00042204" w:rsidRDefault="00AD2528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(Grants,  prior awards,  recognitions)</w:t>
            </w:r>
          </w:p>
        </w:tc>
        <w:tc>
          <w:tcPr>
            <w:tcW w:w="1586" w:type="dxa"/>
          </w:tcPr>
          <w:p w14:paraId="7CB5EC53" w14:textId="3FA18606" w:rsidR="00AD2528" w:rsidRPr="00042204" w:rsidRDefault="00784AC5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Yes / No</w:t>
            </w:r>
          </w:p>
        </w:tc>
      </w:tr>
      <w:tr w:rsidR="00357895" w:rsidRPr="00042204" w14:paraId="586FDFAD" w14:textId="77777777" w:rsidTr="00592ED4">
        <w:tc>
          <w:tcPr>
            <w:tcW w:w="9184" w:type="dxa"/>
          </w:tcPr>
          <w:p w14:paraId="13759921" w14:textId="3650BEC8" w:rsidR="00885C9C" w:rsidRPr="00042204" w:rsidRDefault="00846437" w:rsidP="00995878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 xml:space="preserve">Letter of recommendation or endorsement   -  PDF </w:t>
            </w:r>
          </w:p>
          <w:p w14:paraId="383918DA" w14:textId="77777777" w:rsidR="00885C9C" w:rsidRPr="00042204" w:rsidRDefault="00885C9C" w:rsidP="00885C9C">
            <w:pPr>
              <w:rPr>
                <w:rFonts w:asciiTheme="majorBidi" w:hAnsiTheme="majorBidi" w:cstheme="majorBidi"/>
              </w:rPr>
            </w:pPr>
          </w:p>
          <w:p w14:paraId="3E020E10" w14:textId="017B408F" w:rsidR="00885C9C" w:rsidRPr="00042204" w:rsidRDefault="00885C9C" w:rsidP="00885C9C">
            <w:pPr>
              <w:tabs>
                <w:tab w:val="left" w:pos="1940"/>
              </w:tabs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ab/>
            </w:r>
          </w:p>
        </w:tc>
        <w:tc>
          <w:tcPr>
            <w:tcW w:w="1586" w:type="dxa"/>
          </w:tcPr>
          <w:p w14:paraId="6FE251FA" w14:textId="4B193D3B" w:rsidR="00357895" w:rsidRPr="00042204" w:rsidRDefault="00846437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</w:rPr>
              <w:t>Yes / No</w:t>
            </w:r>
          </w:p>
        </w:tc>
      </w:tr>
    </w:tbl>
    <w:p w14:paraId="7A01F55C" w14:textId="77777777" w:rsidR="00A15125" w:rsidRPr="00A15125" w:rsidRDefault="00A15125" w:rsidP="009F611A">
      <w:pPr>
        <w:pStyle w:val="Heading1"/>
        <w:rPr>
          <w:rFonts w:asciiTheme="majorBidi" w:hAnsiTheme="majorBidi"/>
          <w:sz w:val="20"/>
          <w:szCs w:val="20"/>
        </w:rPr>
      </w:pPr>
    </w:p>
    <w:p w14:paraId="382877DB" w14:textId="32FE0473" w:rsidR="009F611A" w:rsidRPr="00042204" w:rsidRDefault="00D731CB" w:rsidP="00A15125">
      <w:pPr>
        <w:pStyle w:val="Heading1"/>
        <w:spacing w:before="0" w:line="240" w:lineRule="auto"/>
        <w:rPr>
          <w:rFonts w:asciiTheme="majorBidi" w:hAnsiTheme="majorBidi"/>
        </w:rPr>
      </w:pPr>
      <w:r w:rsidRPr="00042204">
        <w:rPr>
          <w:rFonts w:asciiTheme="majorBidi" w:hAnsiTheme="majorBidi"/>
        </w:rPr>
        <w:t xml:space="preserve">4. </w:t>
      </w:r>
      <w:r w:rsidR="009F611A" w:rsidRPr="00042204">
        <w:rPr>
          <w:rFonts w:asciiTheme="majorBidi" w:hAnsiTheme="majorBidi"/>
        </w:rPr>
        <w:t>Declaration</w:t>
      </w:r>
      <w:r w:rsidR="00BE4EDB">
        <w:rPr>
          <w:rFonts w:asciiTheme="majorBidi" w:hAnsiTheme="majorBidi"/>
        </w:rPr>
        <w:t xml:space="preserve"> :</w:t>
      </w:r>
    </w:p>
    <w:p w14:paraId="59E57FEB" w14:textId="6740ED7A" w:rsidR="00D731CB" w:rsidRPr="00042204" w:rsidRDefault="000768B3" w:rsidP="000768B3">
      <w:pPr>
        <w:jc w:val="both"/>
        <w:rPr>
          <w:rFonts w:asciiTheme="majorBidi" w:hAnsiTheme="majorBidi" w:cstheme="majorBidi"/>
        </w:rPr>
      </w:pPr>
      <w:r w:rsidRPr="00042204">
        <w:rPr>
          <w:rFonts w:asciiTheme="majorBidi" w:eastAsia="Arial" w:hAnsiTheme="majorBidi" w:cstheme="majorBidi"/>
          <w:noProof/>
          <w:spacing w:val="5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3B56496B" wp14:editId="6E40CEFB">
                <wp:simplePos x="0" y="0"/>
                <wp:positionH relativeFrom="margin">
                  <wp:align>left</wp:align>
                </wp:positionH>
                <wp:positionV relativeFrom="paragraph">
                  <wp:posOffset>73660</wp:posOffset>
                </wp:positionV>
                <wp:extent cx="1835150" cy="1790700"/>
                <wp:effectExtent l="0" t="0" r="127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7907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36630" w14:textId="77777777" w:rsidR="000455A1" w:rsidRDefault="000455A1" w:rsidP="00C974F6">
                            <w:pPr>
                              <w:jc w:val="center"/>
                            </w:pPr>
                          </w:p>
                          <w:p w14:paraId="3C0E40E8" w14:textId="4022CEC6" w:rsidR="00C974F6" w:rsidRDefault="00C974F6" w:rsidP="00C974F6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14:paraId="616DA37F" w14:textId="4626233E" w:rsidR="000455A1" w:rsidRDefault="000455A1" w:rsidP="00C974F6">
                            <w:pPr>
                              <w:jc w:val="center"/>
                            </w:pPr>
                            <w:r>
                              <w:t>(.jpg/png):</w:t>
                            </w:r>
                          </w:p>
                          <w:p w14:paraId="3DB4DD1C" w14:textId="77777777" w:rsidR="000455A1" w:rsidRDefault="000455A1" w:rsidP="00C974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649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.8pt;width:144.5pt;height:141pt;z-index: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" fillcolor="white [3201]" strokecolor="#4f81bd [3204]" strokeweight="2pt">
                <v:textbox>
                  <w:txbxContent>
                    <w:p w14:paraId="12636630" w14:textId="77777777" w:rsidR="000455A1" w:rsidRDefault="000455A1" w:rsidP="00C974F6">
                      <w:pPr>
                        <w:jc w:val="center"/>
                      </w:pPr>
                    </w:p>
                    <w:p w14:paraId="3C0E40E8" w14:textId="4022CEC6" w:rsidR="00C974F6" w:rsidRDefault="00C974F6" w:rsidP="00C974F6">
                      <w:pPr>
                        <w:jc w:val="center"/>
                      </w:pPr>
                      <w:r>
                        <w:t>PHOTO</w:t>
                      </w:r>
                    </w:p>
                    <w:p w14:paraId="616DA37F" w14:textId="4626233E" w:rsidR="000455A1" w:rsidRDefault="000455A1" w:rsidP="00C974F6">
                      <w:pPr>
                        <w:jc w:val="center"/>
                      </w:pPr>
                      <w:r>
                        <w:t>(.jpg/</w:t>
                      </w:r>
                      <w:proofErr w:type="spellStart"/>
                      <w:r>
                        <w:t>png</w:t>
                      </w:r>
                      <w:proofErr w:type="spellEnd"/>
                      <w:r>
                        <w:t>):</w:t>
                      </w:r>
                    </w:p>
                    <w:p w14:paraId="3DB4DD1C" w14:textId="77777777" w:rsidR="000455A1" w:rsidRDefault="000455A1" w:rsidP="00C974F6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768B3">
        <w:rPr>
          <w:rFonts w:asciiTheme="majorBidi" w:hAnsiTheme="majorBidi" w:cstheme="majorBidi"/>
        </w:rPr>
        <w:t xml:space="preserve">I hereby declare that the information provided in this nomination form is true/accurate to the best of my knowledge. I confirm my nomination with supportive documents and if my nomination is selected, I will pay an award selection fee. I will accept the decision of the Jury panel and will not claim against the </w:t>
      </w:r>
      <w:r w:rsidR="00FD71CC">
        <w:rPr>
          <w:rFonts w:asciiTheme="majorBidi" w:hAnsiTheme="majorBidi" w:cstheme="majorBidi"/>
        </w:rPr>
        <w:t xml:space="preserve">Asia </w:t>
      </w:r>
      <w:r w:rsidR="00FD71CC" w:rsidRPr="00FD71CC">
        <w:rPr>
          <w:rFonts w:asciiTheme="majorBidi" w:hAnsiTheme="majorBidi" w:cstheme="majorBidi"/>
        </w:rPr>
        <w:t>Excellence Awards</w:t>
      </w:r>
      <w:r w:rsidR="00FD71CC">
        <w:rPr>
          <w:rFonts w:asciiTheme="majorBidi" w:hAnsiTheme="majorBidi" w:cstheme="majorBidi"/>
        </w:rPr>
        <w:t xml:space="preserve"> / </w:t>
      </w:r>
      <w:r w:rsidR="00B020B1">
        <w:rPr>
          <w:rFonts w:asciiTheme="majorBidi" w:hAnsiTheme="majorBidi" w:cstheme="majorBidi"/>
        </w:rPr>
        <w:t>Asia Pride Awards /</w:t>
      </w:r>
      <w:r w:rsidR="00FD71CC">
        <w:rPr>
          <w:rFonts w:asciiTheme="majorBidi" w:hAnsiTheme="majorBidi" w:cstheme="majorBidi"/>
        </w:rPr>
        <w:t xml:space="preserve"> </w:t>
      </w:r>
      <w:r w:rsidR="00FD71CC" w:rsidRPr="00FD71CC">
        <w:rPr>
          <w:rFonts w:asciiTheme="majorBidi" w:hAnsiTheme="majorBidi" w:cstheme="majorBidi"/>
        </w:rPr>
        <w:t>INDO – THAI  Excellence Awards</w:t>
      </w:r>
      <w:r w:rsidR="00FD71CC">
        <w:rPr>
          <w:rFonts w:asciiTheme="majorBidi" w:hAnsiTheme="majorBidi" w:cstheme="majorBidi"/>
        </w:rPr>
        <w:t xml:space="preserve"> </w:t>
      </w:r>
      <w:r w:rsidRPr="000768B3">
        <w:rPr>
          <w:rFonts w:asciiTheme="majorBidi" w:hAnsiTheme="majorBidi" w:cstheme="majorBidi"/>
        </w:rPr>
        <w:t>organizers, and Asian Research Foundation in the lawsuit.</w:t>
      </w:r>
    </w:p>
    <w:p w14:paraId="5B616339" w14:textId="0A92B61A" w:rsidR="00C974F6" w:rsidRPr="00042204" w:rsidRDefault="009F611A" w:rsidP="000768B3">
      <w:pPr>
        <w:spacing w:line="240" w:lineRule="auto"/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br/>
      </w:r>
      <w:r w:rsidR="000455A1" w:rsidRPr="00042204">
        <w:rPr>
          <w:rFonts w:asciiTheme="majorBidi" w:hAnsiTheme="majorBidi" w:cstheme="majorBidi"/>
        </w:rPr>
        <w:t>E-</w:t>
      </w:r>
      <w:r w:rsidRPr="00042204">
        <w:rPr>
          <w:rFonts w:asciiTheme="majorBidi" w:hAnsiTheme="majorBidi" w:cstheme="majorBidi"/>
        </w:rPr>
        <w:t>Signature of Nominator</w:t>
      </w:r>
      <w:r w:rsidR="000455A1" w:rsidRPr="00042204">
        <w:rPr>
          <w:rFonts w:asciiTheme="majorBidi" w:hAnsiTheme="majorBidi" w:cstheme="majorBidi"/>
        </w:rPr>
        <w:t xml:space="preserve"> (.jpg/png)</w:t>
      </w:r>
      <w:r w:rsidRPr="00042204">
        <w:rPr>
          <w:rFonts w:asciiTheme="majorBidi" w:hAnsiTheme="majorBidi" w:cstheme="majorBidi"/>
        </w:rPr>
        <w:t xml:space="preserve">: </w:t>
      </w:r>
      <w:r w:rsidR="000455A1" w:rsidRPr="00042204">
        <w:rPr>
          <w:rFonts w:asciiTheme="majorBidi" w:hAnsiTheme="majorBidi" w:cstheme="majorBidi"/>
        </w:rPr>
        <w:t>________</w:t>
      </w:r>
      <w:r w:rsidRPr="00042204">
        <w:rPr>
          <w:rFonts w:asciiTheme="majorBidi" w:hAnsiTheme="majorBidi" w:cstheme="majorBidi"/>
        </w:rPr>
        <w:t>______________________</w:t>
      </w:r>
      <w:r w:rsidR="00C974F6" w:rsidRPr="00042204">
        <w:rPr>
          <w:rFonts w:asciiTheme="majorBidi" w:hAnsiTheme="majorBidi" w:cstheme="majorBidi"/>
        </w:rPr>
        <w:t>____</w:t>
      </w:r>
      <w:r w:rsidRPr="00042204">
        <w:rPr>
          <w:rFonts w:asciiTheme="majorBidi" w:hAnsiTheme="majorBidi" w:cstheme="majorBidi"/>
        </w:rPr>
        <w:t>_</w:t>
      </w:r>
      <w:r w:rsidRPr="00042204">
        <w:rPr>
          <w:rFonts w:asciiTheme="majorBidi" w:hAnsiTheme="majorBidi" w:cstheme="majorBidi"/>
        </w:rPr>
        <w:tab/>
      </w:r>
      <w:r w:rsidRPr="00042204">
        <w:rPr>
          <w:rFonts w:asciiTheme="majorBidi" w:hAnsiTheme="majorBidi" w:cstheme="majorBidi"/>
        </w:rPr>
        <w:tab/>
      </w:r>
      <w:r w:rsidR="00C974F6" w:rsidRPr="00042204">
        <w:rPr>
          <w:rFonts w:asciiTheme="majorBidi" w:hAnsiTheme="majorBidi" w:cstheme="majorBidi"/>
        </w:rPr>
        <w:t xml:space="preserve">     </w:t>
      </w:r>
    </w:p>
    <w:p w14:paraId="7F8DED10" w14:textId="42287878" w:rsidR="009F611A" w:rsidRPr="00042204" w:rsidRDefault="009F611A" w:rsidP="009F611A">
      <w:pPr>
        <w:rPr>
          <w:rFonts w:asciiTheme="majorBidi" w:hAnsiTheme="majorBidi" w:cstheme="majorBidi"/>
        </w:rPr>
      </w:pPr>
      <w:r w:rsidRPr="00042204">
        <w:rPr>
          <w:rFonts w:asciiTheme="majorBidi" w:hAnsiTheme="majorBidi" w:cstheme="majorBidi"/>
        </w:rPr>
        <w:t>Date: _________________</w:t>
      </w:r>
    </w:p>
    <w:p w14:paraId="352A7E18" w14:textId="7A2961A4" w:rsidR="0021118D" w:rsidRPr="00042204" w:rsidRDefault="00F01640" w:rsidP="009F611A">
      <w:pPr>
        <w:rPr>
          <w:rFonts w:asciiTheme="majorBidi" w:hAnsiTheme="majorBidi" w:cstheme="majorBidi"/>
        </w:rPr>
      </w:pPr>
      <w:r w:rsidRPr="00042204">
        <w:rPr>
          <w:rFonts w:asciiTheme="majorBidi" w:eastAsia="Arial" w:hAnsiTheme="majorBidi" w:cstheme="majorBidi"/>
          <w:noProof/>
          <w:spacing w:val="5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4B18E833" wp14:editId="47988209">
                <wp:simplePos x="0" y="0"/>
                <wp:positionH relativeFrom="margin">
                  <wp:posOffset>3511550</wp:posOffset>
                </wp:positionH>
                <wp:positionV relativeFrom="paragraph">
                  <wp:posOffset>323850</wp:posOffset>
                </wp:positionV>
                <wp:extent cx="3403600" cy="2978150"/>
                <wp:effectExtent l="0" t="0" r="25400" b="12700"/>
                <wp:wrapTight wrapText="bothSides">
                  <wp:wrapPolygon edited="0">
                    <wp:start x="0" y="0"/>
                    <wp:lineTo x="0" y="21554"/>
                    <wp:lineTo x="21640" y="21554"/>
                    <wp:lineTo x="21640" y="0"/>
                    <wp:lineTo x="0" y="0"/>
                  </wp:wrapPolygon>
                </wp:wrapTight>
                <wp:docPr id="170248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297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D6174" w14:textId="41A38EA9" w:rsidR="00D11B18" w:rsidRDefault="00706769" w:rsidP="00D11B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Add </w:t>
                            </w:r>
                            <w:r w:rsidR="00D11B18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here </w:t>
                            </w:r>
                            <w:r w:rsidR="00D11B18" w:rsidRPr="00B318C5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Clear readable – </w:t>
                            </w:r>
                            <w:r w:rsidR="00D11B18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>v</w:t>
                            </w:r>
                            <w:r w:rsidR="00D11B18" w:rsidRPr="00B318C5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>isible</w:t>
                            </w:r>
                            <w:r w:rsidR="00D11B18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 </w:t>
                            </w:r>
                            <w:r w:rsidR="00D11B18" w:rsidRPr="00B318C5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 </w:t>
                            </w:r>
                            <w:r w:rsidR="00594BC2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>jpg/png</w:t>
                            </w:r>
                            <w:r w:rsidR="00D11B18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 c</w:t>
                            </w:r>
                            <w:r w:rsidR="00D11B18" w:rsidRPr="00B318C5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opy  of   </w:t>
                            </w:r>
                            <w:r w:rsidR="00D11B18" w:rsidRPr="00B318C5"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  <w:t xml:space="preserve">Government ID /  Citizenship ID </w:t>
                            </w:r>
                            <w:r w:rsidR="00D11B18"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  <w:t xml:space="preserve">with  </w:t>
                            </w:r>
                            <w:r w:rsidR="00D11B18" w:rsidRPr="00B318C5"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  <w:t>Photo and Address</w:t>
                            </w:r>
                            <w:r w:rsidR="00D11B18"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  <w:t xml:space="preserve"> (This need to add compulsory)</w:t>
                            </w:r>
                          </w:p>
                          <w:p w14:paraId="61808471" w14:textId="2152EA57" w:rsidR="00D11B18" w:rsidRPr="00D11B18" w:rsidRDefault="00A069A4" w:rsidP="00D11B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  <w:spacing w:val="5"/>
                              </w:rPr>
                            </w:pPr>
                            <w:r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  <w:spacing w:val="5"/>
                              </w:rPr>
                              <w:t>Back</w:t>
                            </w:r>
                            <w:r w:rsidR="00D11B18" w:rsidRPr="00D11B18"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  <w:spacing w:val="5"/>
                              </w:rPr>
                              <w:t xml:space="preserve"> Side</w:t>
                            </w:r>
                            <w:r w:rsidR="00D11B18" w:rsidRPr="00D11B18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IN"/>
                              </w:rPr>
                              <w:t xml:space="preserve">  /  or   </w:t>
                            </w:r>
                            <w:r w:rsidR="00D11B18" w:rsidRPr="00D11B18"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  <w:spacing w:val="5"/>
                              </w:rPr>
                              <w:t xml:space="preserve">Page – </w:t>
                            </w:r>
                            <w:r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  <w:spacing w:val="5"/>
                              </w:rPr>
                              <w:t>2</w:t>
                            </w:r>
                            <w:r w:rsidR="00D11B18" w:rsidRPr="00D11B18"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  <w:spacing w:val="5"/>
                              </w:rPr>
                              <w:t xml:space="preserve">  </w:t>
                            </w:r>
                            <w:r w:rsidR="005406AB"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  <w:spacing w:val="5"/>
                              </w:rPr>
                              <w:t>(if any)</w:t>
                            </w:r>
                          </w:p>
                          <w:p w14:paraId="26DE968F" w14:textId="77777777" w:rsidR="00D11B18" w:rsidRPr="00B318C5" w:rsidRDefault="00D11B18" w:rsidP="00D11B1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8E833" id="_x0000_s1027" type="#_x0000_t202" style="position:absolute;margin-left:276.5pt;margin-top:25.5pt;width:268pt;height:234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">
                <v:textbox>
                  <w:txbxContent>
                    <w:p w14:paraId="47AD6174" w14:textId="41A38EA9" w:rsidR="00D11B18" w:rsidRDefault="00706769" w:rsidP="00D11B18">
                      <w:pPr>
                        <w:spacing w:after="0" w:line="240" w:lineRule="auto"/>
                        <w:jc w:val="center"/>
                        <w:rPr>
                          <w:rFonts w:ascii="Times New Roman" w:eastAsia="Arial" w:hAnsi="Times New Roman" w:cs="Times New Roman"/>
                          <w:spacing w:val="5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Add </w:t>
                      </w:r>
                      <w:r w:rsidR="00D11B18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here </w:t>
                      </w:r>
                      <w:r w:rsidR="00D11B18" w:rsidRPr="00B318C5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Clear readable – </w:t>
                      </w:r>
                      <w:proofErr w:type="gramStart"/>
                      <w:r w:rsidR="00D11B18">
                        <w:rPr>
                          <w:rFonts w:ascii="Times New Roman" w:hAnsi="Times New Roman" w:cs="Times New Roman"/>
                          <w:lang w:val="en-IN"/>
                        </w:rPr>
                        <w:t>v</w:t>
                      </w:r>
                      <w:r w:rsidR="00D11B18" w:rsidRPr="00B318C5">
                        <w:rPr>
                          <w:rFonts w:ascii="Times New Roman" w:hAnsi="Times New Roman" w:cs="Times New Roman"/>
                          <w:lang w:val="en-IN"/>
                        </w:rPr>
                        <w:t>isible</w:t>
                      </w:r>
                      <w:r w:rsidR="00D11B18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 </w:t>
                      </w:r>
                      <w:r w:rsidR="00D11B18" w:rsidRPr="00B318C5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 </w:t>
                      </w:r>
                      <w:r w:rsidR="00594BC2">
                        <w:rPr>
                          <w:rFonts w:ascii="Times New Roman" w:hAnsi="Times New Roman" w:cs="Times New Roman"/>
                          <w:lang w:val="en-IN"/>
                        </w:rPr>
                        <w:t>jpg</w:t>
                      </w:r>
                      <w:proofErr w:type="gramEnd"/>
                      <w:r w:rsidR="00594BC2">
                        <w:rPr>
                          <w:rFonts w:ascii="Times New Roman" w:hAnsi="Times New Roman" w:cs="Times New Roman"/>
                          <w:lang w:val="en-IN"/>
                        </w:rPr>
                        <w:t>/</w:t>
                      </w:r>
                      <w:proofErr w:type="spellStart"/>
                      <w:r w:rsidR="00594BC2">
                        <w:rPr>
                          <w:rFonts w:ascii="Times New Roman" w:hAnsi="Times New Roman" w:cs="Times New Roman"/>
                          <w:lang w:val="en-IN"/>
                        </w:rPr>
                        <w:t>png</w:t>
                      </w:r>
                      <w:proofErr w:type="spellEnd"/>
                      <w:r w:rsidR="00D11B18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 </w:t>
                      </w:r>
                      <w:proofErr w:type="gramStart"/>
                      <w:r w:rsidR="00D11B18">
                        <w:rPr>
                          <w:rFonts w:ascii="Times New Roman" w:hAnsi="Times New Roman" w:cs="Times New Roman"/>
                          <w:lang w:val="en-IN"/>
                        </w:rPr>
                        <w:t>c</w:t>
                      </w:r>
                      <w:r w:rsidR="00D11B18" w:rsidRPr="00B318C5">
                        <w:rPr>
                          <w:rFonts w:ascii="Times New Roman" w:hAnsi="Times New Roman" w:cs="Times New Roman"/>
                          <w:lang w:val="en-IN"/>
                        </w:rPr>
                        <w:t>opy  of</w:t>
                      </w:r>
                      <w:proofErr w:type="gramEnd"/>
                      <w:r w:rsidR="00D11B18" w:rsidRPr="00B318C5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   </w:t>
                      </w:r>
                      <w:r w:rsidR="00D11B18" w:rsidRPr="00B318C5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Government ID </w:t>
                      </w:r>
                      <w:proofErr w:type="gramStart"/>
                      <w:r w:rsidR="00D11B18" w:rsidRPr="00B318C5">
                        <w:rPr>
                          <w:rFonts w:ascii="Times New Roman" w:eastAsia="Arial" w:hAnsi="Times New Roman" w:cs="Times New Roman"/>
                          <w:spacing w:val="5"/>
                        </w:rPr>
                        <w:t>/  Citizenship</w:t>
                      </w:r>
                      <w:proofErr w:type="gramEnd"/>
                      <w:r w:rsidR="00D11B18" w:rsidRPr="00B318C5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 ID </w:t>
                      </w:r>
                      <w:proofErr w:type="gramStart"/>
                      <w:r w:rsidR="00D11B18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with  </w:t>
                      </w:r>
                      <w:r w:rsidR="00D11B18" w:rsidRPr="00B318C5">
                        <w:rPr>
                          <w:rFonts w:ascii="Times New Roman" w:eastAsia="Arial" w:hAnsi="Times New Roman" w:cs="Times New Roman"/>
                          <w:spacing w:val="5"/>
                        </w:rPr>
                        <w:t>Photo</w:t>
                      </w:r>
                      <w:proofErr w:type="gramEnd"/>
                      <w:r w:rsidR="00D11B18" w:rsidRPr="00B318C5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 and Address</w:t>
                      </w:r>
                      <w:r w:rsidR="00D11B18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 (This </w:t>
                      </w:r>
                      <w:proofErr w:type="gramStart"/>
                      <w:r w:rsidR="00D11B18">
                        <w:rPr>
                          <w:rFonts w:ascii="Times New Roman" w:eastAsia="Arial" w:hAnsi="Times New Roman" w:cs="Times New Roman"/>
                          <w:spacing w:val="5"/>
                        </w:rPr>
                        <w:t>need</w:t>
                      </w:r>
                      <w:proofErr w:type="gramEnd"/>
                      <w:r w:rsidR="00D11B18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 to add compulsory)</w:t>
                      </w:r>
                    </w:p>
                    <w:p w14:paraId="61808471" w14:textId="2152EA57" w:rsidR="00D11B18" w:rsidRPr="00D11B18" w:rsidRDefault="00A069A4" w:rsidP="00D11B18">
                      <w:pPr>
                        <w:spacing w:after="0" w:line="240" w:lineRule="auto"/>
                        <w:jc w:val="center"/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</w:pPr>
                      <w:r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  <w:t>Back</w:t>
                      </w:r>
                      <w:r w:rsidR="00D11B18" w:rsidRPr="00D11B18"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  <w:t xml:space="preserve"> </w:t>
                      </w:r>
                      <w:proofErr w:type="gramStart"/>
                      <w:r w:rsidR="00D11B18" w:rsidRPr="00D11B18"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  <w:t>Side</w:t>
                      </w:r>
                      <w:r w:rsidR="00D11B18" w:rsidRPr="00D11B18">
                        <w:rPr>
                          <w:rFonts w:ascii="Times New Roman" w:hAnsi="Times New Roman" w:cs="Times New Roman"/>
                          <w:b/>
                          <w:bCs/>
                          <w:lang w:val="en-IN"/>
                        </w:rPr>
                        <w:t xml:space="preserve">  /</w:t>
                      </w:r>
                      <w:proofErr w:type="gramEnd"/>
                      <w:r w:rsidR="00D11B18" w:rsidRPr="00D11B18">
                        <w:rPr>
                          <w:rFonts w:ascii="Times New Roman" w:hAnsi="Times New Roman" w:cs="Times New Roman"/>
                          <w:b/>
                          <w:bCs/>
                          <w:lang w:val="en-IN"/>
                        </w:rPr>
                        <w:t xml:space="preserve">  or   </w:t>
                      </w:r>
                      <w:r w:rsidR="00D11B18" w:rsidRPr="00D11B18"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  <w:t xml:space="preserve">Page – </w:t>
                      </w:r>
                      <w:proofErr w:type="gramStart"/>
                      <w:r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  <w:t>2</w:t>
                      </w:r>
                      <w:r w:rsidR="00D11B18" w:rsidRPr="00D11B18"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  <w:t xml:space="preserve">  </w:t>
                      </w:r>
                      <w:r w:rsidR="005406AB"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  <w:t>(</w:t>
                      </w:r>
                      <w:proofErr w:type="gramEnd"/>
                      <w:r w:rsidR="005406AB"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  <w:t>if any)</w:t>
                      </w:r>
                    </w:p>
                    <w:p w14:paraId="26DE968F" w14:textId="77777777" w:rsidR="00D11B18" w:rsidRPr="00B318C5" w:rsidRDefault="00D11B18" w:rsidP="00D11B1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lang w:val="en-IN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042204">
        <w:rPr>
          <w:rFonts w:asciiTheme="majorBidi" w:eastAsia="Arial" w:hAnsiTheme="majorBidi" w:cstheme="majorBidi"/>
          <w:noProof/>
          <w:spacing w:val="5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4D790AE" wp14:editId="303103CA">
                <wp:simplePos x="0" y="0"/>
                <wp:positionH relativeFrom="margin">
                  <wp:posOffset>6350</wp:posOffset>
                </wp:positionH>
                <wp:positionV relativeFrom="paragraph">
                  <wp:posOffset>323850</wp:posOffset>
                </wp:positionV>
                <wp:extent cx="3403600" cy="2971800"/>
                <wp:effectExtent l="0" t="0" r="25400" b="19050"/>
                <wp:wrapTight wrapText="bothSides">
                  <wp:wrapPolygon edited="0">
                    <wp:start x="0" y="0"/>
                    <wp:lineTo x="0" y="21600"/>
                    <wp:lineTo x="21640" y="21600"/>
                    <wp:lineTo x="21640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1C06B" w14:textId="15971031" w:rsidR="00AB57CA" w:rsidRDefault="00706769" w:rsidP="00D11B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Add </w:t>
                            </w:r>
                            <w:r w:rsidR="00AB57CA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 here </w:t>
                            </w:r>
                            <w:r w:rsidR="00AB57CA" w:rsidRPr="00B318C5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Clear readable – </w:t>
                            </w:r>
                            <w:r w:rsidR="00AB57CA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>v</w:t>
                            </w:r>
                            <w:r w:rsidR="00AB57CA" w:rsidRPr="00B318C5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>isible</w:t>
                            </w:r>
                            <w:r w:rsidR="00AB57CA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 </w:t>
                            </w:r>
                            <w:r w:rsidR="00AB57CA" w:rsidRPr="00B318C5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 </w:t>
                            </w:r>
                            <w:r w:rsidR="00594BC2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>jpg/png</w:t>
                            </w:r>
                            <w:r w:rsidR="00AB57CA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 c</w:t>
                            </w:r>
                            <w:r w:rsidR="00AB57CA" w:rsidRPr="00B318C5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 xml:space="preserve">opy  of   </w:t>
                            </w:r>
                            <w:r w:rsidR="00AB57CA" w:rsidRPr="00B318C5"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  <w:t xml:space="preserve">Government ID /  Citizenship ID </w:t>
                            </w:r>
                            <w:r w:rsidR="00AB57CA"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  <w:t xml:space="preserve">with  </w:t>
                            </w:r>
                            <w:r w:rsidR="00AB57CA" w:rsidRPr="00B318C5"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  <w:t>Photo and Address</w:t>
                            </w:r>
                            <w:r w:rsidR="00AB57CA"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  <w:t xml:space="preserve"> (This need to add compulsory)</w:t>
                            </w:r>
                          </w:p>
                          <w:p w14:paraId="5A9FA508" w14:textId="2F0AB394" w:rsidR="00AB57CA" w:rsidRPr="00D11B18" w:rsidRDefault="00AB57CA" w:rsidP="00D11B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  <w:spacing w:val="5"/>
                              </w:rPr>
                            </w:pPr>
                            <w:r w:rsidRPr="00D11B18"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  <w:spacing w:val="5"/>
                              </w:rPr>
                              <w:t>Front Side</w:t>
                            </w:r>
                            <w:r w:rsidRPr="00D11B18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IN"/>
                              </w:rPr>
                              <w:t xml:space="preserve">  /  or   </w:t>
                            </w:r>
                            <w:r w:rsidRPr="00D11B18"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  <w:spacing w:val="5"/>
                              </w:rPr>
                              <w:t xml:space="preserve">Page – 1  </w:t>
                            </w:r>
                          </w:p>
                          <w:p w14:paraId="398B0DC8" w14:textId="77777777" w:rsidR="00AB57CA" w:rsidRDefault="00AB57CA" w:rsidP="00AB57CA">
                            <w:pPr>
                              <w:spacing w:line="240" w:lineRule="auto"/>
                              <w:jc w:val="center"/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</w:pPr>
                          </w:p>
                          <w:p w14:paraId="269C7E62" w14:textId="77777777" w:rsidR="00AB57CA" w:rsidRDefault="00AB57CA" w:rsidP="00AB57CA">
                            <w:pPr>
                              <w:spacing w:line="240" w:lineRule="auto"/>
                              <w:jc w:val="center"/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</w:pPr>
                          </w:p>
                          <w:p w14:paraId="5CA94F70" w14:textId="77777777" w:rsidR="00AB57CA" w:rsidRDefault="00AB57CA" w:rsidP="00AB57CA">
                            <w:pPr>
                              <w:spacing w:line="240" w:lineRule="auto"/>
                              <w:jc w:val="center"/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</w:pPr>
                          </w:p>
                          <w:p w14:paraId="665973B8" w14:textId="77777777" w:rsidR="00AB57CA" w:rsidRDefault="00AB57CA" w:rsidP="00AB57CA">
                            <w:pPr>
                              <w:spacing w:line="240" w:lineRule="auto"/>
                              <w:jc w:val="center"/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</w:pPr>
                          </w:p>
                          <w:p w14:paraId="10B9599A" w14:textId="77777777" w:rsidR="00AB57CA" w:rsidRDefault="00AB57CA" w:rsidP="00AB57CA">
                            <w:pPr>
                              <w:spacing w:line="240" w:lineRule="auto"/>
                              <w:jc w:val="center"/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</w:pPr>
                          </w:p>
                          <w:p w14:paraId="31AF10CF" w14:textId="77777777" w:rsidR="00AB57CA" w:rsidRDefault="00AB57CA" w:rsidP="00AB57CA">
                            <w:pPr>
                              <w:spacing w:line="240" w:lineRule="auto"/>
                              <w:jc w:val="center"/>
                              <w:rPr>
                                <w:rFonts w:ascii="Times New Roman" w:eastAsia="Arial" w:hAnsi="Times New Roman" w:cs="Times New Roman"/>
                                <w:spacing w:val="5"/>
                              </w:rPr>
                            </w:pPr>
                          </w:p>
                          <w:p w14:paraId="2424A0F4" w14:textId="77777777" w:rsidR="00AB57CA" w:rsidRPr="00B318C5" w:rsidRDefault="00AB57CA" w:rsidP="00AB57CA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790AE" id="_x0000_s1028" type="#_x0000_t202" style="position:absolute;margin-left:.5pt;margin-top:25.5pt;width:268pt;height:234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">
                <v:textbox>
                  <w:txbxContent>
                    <w:p w14:paraId="67E1C06B" w14:textId="15971031" w:rsidR="00AB57CA" w:rsidRDefault="00706769" w:rsidP="00D11B18">
                      <w:pPr>
                        <w:spacing w:after="0" w:line="240" w:lineRule="auto"/>
                        <w:jc w:val="center"/>
                        <w:rPr>
                          <w:rFonts w:ascii="Times New Roman" w:eastAsia="Arial" w:hAnsi="Times New Roman" w:cs="Times New Roman"/>
                          <w:spacing w:val="5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Add </w:t>
                      </w:r>
                      <w:r w:rsidR="00AB57CA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 here</w:t>
                      </w:r>
                      <w:proofErr w:type="gramEnd"/>
                      <w:r w:rsidR="00AB57CA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 </w:t>
                      </w:r>
                      <w:r w:rsidR="00AB57CA" w:rsidRPr="00B318C5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Clear readable – </w:t>
                      </w:r>
                      <w:proofErr w:type="gramStart"/>
                      <w:r w:rsidR="00AB57CA">
                        <w:rPr>
                          <w:rFonts w:ascii="Times New Roman" w:hAnsi="Times New Roman" w:cs="Times New Roman"/>
                          <w:lang w:val="en-IN"/>
                        </w:rPr>
                        <w:t>v</w:t>
                      </w:r>
                      <w:r w:rsidR="00AB57CA" w:rsidRPr="00B318C5">
                        <w:rPr>
                          <w:rFonts w:ascii="Times New Roman" w:hAnsi="Times New Roman" w:cs="Times New Roman"/>
                          <w:lang w:val="en-IN"/>
                        </w:rPr>
                        <w:t>isible</w:t>
                      </w:r>
                      <w:r w:rsidR="00AB57CA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 </w:t>
                      </w:r>
                      <w:r w:rsidR="00AB57CA" w:rsidRPr="00B318C5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 </w:t>
                      </w:r>
                      <w:r w:rsidR="00594BC2">
                        <w:rPr>
                          <w:rFonts w:ascii="Times New Roman" w:hAnsi="Times New Roman" w:cs="Times New Roman"/>
                          <w:lang w:val="en-IN"/>
                        </w:rPr>
                        <w:t>jpg</w:t>
                      </w:r>
                      <w:proofErr w:type="gramEnd"/>
                      <w:r w:rsidR="00594BC2">
                        <w:rPr>
                          <w:rFonts w:ascii="Times New Roman" w:hAnsi="Times New Roman" w:cs="Times New Roman"/>
                          <w:lang w:val="en-IN"/>
                        </w:rPr>
                        <w:t>/</w:t>
                      </w:r>
                      <w:proofErr w:type="spellStart"/>
                      <w:r w:rsidR="00594BC2">
                        <w:rPr>
                          <w:rFonts w:ascii="Times New Roman" w:hAnsi="Times New Roman" w:cs="Times New Roman"/>
                          <w:lang w:val="en-IN"/>
                        </w:rPr>
                        <w:t>png</w:t>
                      </w:r>
                      <w:proofErr w:type="spellEnd"/>
                      <w:r w:rsidR="00AB57CA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 </w:t>
                      </w:r>
                      <w:proofErr w:type="gramStart"/>
                      <w:r w:rsidR="00AB57CA">
                        <w:rPr>
                          <w:rFonts w:ascii="Times New Roman" w:hAnsi="Times New Roman" w:cs="Times New Roman"/>
                          <w:lang w:val="en-IN"/>
                        </w:rPr>
                        <w:t>c</w:t>
                      </w:r>
                      <w:r w:rsidR="00AB57CA" w:rsidRPr="00B318C5">
                        <w:rPr>
                          <w:rFonts w:ascii="Times New Roman" w:hAnsi="Times New Roman" w:cs="Times New Roman"/>
                          <w:lang w:val="en-IN"/>
                        </w:rPr>
                        <w:t>opy  of</w:t>
                      </w:r>
                      <w:proofErr w:type="gramEnd"/>
                      <w:r w:rsidR="00AB57CA" w:rsidRPr="00B318C5">
                        <w:rPr>
                          <w:rFonts w:ascii="Times New Roman" w:hAnsi="Times New Roman" w:cs="Times New Roman"/>
                          <w:lang w:val="en-IN"/>
                        </w:rPr>
                        <w:t xml:space="preserve">   </w:t>
                      </w:r>
                      <w:r w:rsidR="00AB57CA" w:rsidRPr="00B318C5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Government ID </w:t>
                      </w:r>
                      <w:proofErr w:type="gramStart"/>
                      <w:r w:rsidR="00AB57CA" w:rsidRPr="00B318C5">
                        <w:rPr>
                          <w:rFonts w:ascii="Times New Roman" w:eastAsia="Arial" w:hAnsi="Times New Roman" w:cs="Times New Roman"/>
                          <w:spacing w:val="5"/>
                        </w:rPr>
                        <w:t>/  Citizenship</w:t>
                      </w:r>
                      <w:proofErr w:type="gramEnd"/>
                      <w:r w:rsidR="00AB57CA" w:rsidRPr="00B318C5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 ID </w:t>
                      </w:r>
                      <w:proofErr w:type="gramStart"/>
                      <w:r w:rsidR="00AB57CA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with  </w:t>
                      </w:r>
                      <w:r w:rsidR="00AB57CA" w:rsidRPr="00B318C5">
                        <w:rPr>
                          <w:rFonts w:ascii="Times New Roman" w:eastAsia="Arial" w:hAnsi="Times New Roman" w:cs="Times New Roman"/>
                          <w:spacing w:val="5"/>
                        </w:rPr>
                        <w:t>Photo</w:t>
                      </w:r>
                      <w:proofErr w:type="gramEnd"/>
                      <w:r w:rsidR="00AB57CA" w:rsidRPr="00B318C5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 and Address</w:t>
                      </w:r>
                      <w:r w:rsidR="00AB57CA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 (This </w:t>
                      </w:r>
                      <w:proofErr w:type="gramStart"/>
                      <w:r w:rsidR="00AB57CA">
                        <w:rPr>
                          <w:rFonts w:ascii="Times New Roman" w:eastAsia="Arial" w:hAnsi="Times New Roman" w:cs="Times New Roman"/>
                          <w:spacing w:val="5"/>
                        </w:rPr>
                        <w:t>need</w:t>
                      </w:r>
                      <w:proofErr w:type="gramEnd"/>
                      <w:r w:rsidR="00AB57CA">
                        <w:rPr>
                          <w:rFonts w:ascii="Times New Roman" w:eastAsia="Arial" w:hAnsi="Times New Roman" w:cs="Times New Roman"/>
                          <w:spacing w:val="5"/>
                        </w:rPr>
                        <w:t xml:space="preserve"> to add compulsory)</w:t>
                      </w:r>
                    </w:p>
                    <w:p w14:paraId="5A9FA508" w14:textId="2F0AB394" w:rsidR="00AB57CA" w:rsidRPr="00D11B18" w:rsidRDefault="00AB57CA" w:rsidP="00D11B18">
                      <w:pPr>
                        <w:spacing w:after="0" w:line="240" w:lineRule="auto"/>
                        <w:jc w:val="center"/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</w:pPr>
                      <w:r w:rsidRPr="00D11B18"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  <w:t xml:space="preserve">Front </w:t>
                      </w:r>
                      <w:proofErr w:type="gramStart"/>
                      <w:r w:rsidRPr="00D11B18"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  <w:t>Side</w:t>
                      </w:r>
                      <w:r w:rsidRPr="00D11B18">
                        <w:rPr>
                          <w:rFonts w:ascii="Times New Roman" w:hAnsi="Times New Roman" w:cs="Times New Roman"/>
                          <w:b/>
                          <w:bCs/>
                          <w:lang w:val="en-IN"/>
                        </w:rPr>
                        <w:t xml:space="preserve">  /</w:t>
                      </w:r>
                      <w:proofErr w:type="gramEnd"/>
                      <w:r w:rsidRPr="00D11B18">
                        <w:rPr>
                          <w:rFonts w:ascii="Times New Roman" w:hAnsi="Times New Roman" w:cs="Times New Roman"/>
                          <w:b/>
                          <w:bCs/>
                          <w:lang w:val="en-IN"/>
                        </w:rPr>
                        <w:t xml:space="preserve">  or   </w:t>
                      </w:r>
                      <w:r w:rsidRPr="00D11B18">
                        <w:rPr>
                          <w:rFonts w:ascii="Times New Roman" w:eastAsia="Arial" w:hAnsi="Times New Roman" w:cs="Times New Roman"/>
                          <w:b/>
                          <w:bCs/>
                          <w:spacing w:val="5"/>
                        </w:rPr>
                        <w:t xml:space="preserve">Page – 1  </w:t>
                      </w:r>
                    </w:p>
                    <w:p w14:paraId="398B0DC8" w14:textId="77777777" w:rsidR="00AB57CA" w:rsidRDefault="00AB57CA" w:rsidP="00AB57CA">
                      <w:pPr>
                        <w:spacing w:line="240" w:lineRule="auto"/>
                        <w:jc w:val="center"/>
                        <w:rPr>
                          <w:rFonts w:ascii="Times New Roman" w:eastAsia="Arial" w:hAnsi="Times New Roman" w:cs="Times New Roman"/>
                          <w:spacing w:val="5"/>
                        </w:rPr>
                      </w:pPr>
                    </w:p>
                    <w:p w14:paraId="269C7E62" w14:textId="77777777" w:rsidR="00AB57CA" w:rsidRDefault="00AB57CA" w:rsidP="00AB57CA">
                      <w:pPr>
                        <w:spacing w:line="240" w:lineRule="auto"/>
                        <w:jc w:val="center"/>
                        <w:rPr>
                          <w:rFonts w:ascii="Times New Roman" w:eastAsia="Arial" w:hAnsi="Times New Roman" w:cs="Times New Roman"/>
                          <w:spacing w:val="5"/>
                        </w:rPr>
                      </w:pPr>
                    </w:p>
                    <w:p w14:paraId="5CA94F70" w14:textId="77777777" w:rsidR="00AB57CA" w:rsidRDefault="00AB57CA" w:rsidP="00AB57CA">
                      <w:pPr>
                        <w:spacing w:line="240" w:lineRule="auto"/>
                        <w:jc w:val="center"/>
                        <w:rPr>
                          <w:rFonts w:ascii="Times New Roman" w:eastAsia="Arial" w:hAnsi="Times New Roman" w:cs="Times New Roman"/>
                          <w:spacing w:val="5"/>
                        </w:rPr>
                      </w:pPr>
                    </w:p>
                    <w:p w14:paraId="665973B8" w14:textId="77777777" w:rsidR="00AB57CA" w:rsidRDefault="00AB57CA" w:rsidP="00AB57CA">
                      <w:pPr>
                        <w:spacing w:line="240" w:lineRule="auto"/>
                        <w:jc w:val="center"/>
                        <w:rPr>
                          <w:rFonts w:ascii="Times New Roman" w:eastAsia="Arial" w:hAnsi="Times New Roman" w:cs="Times New Roman"/>
                          <w:spacing w:val="5"/>
                        </w:rPr>
                      </w:pPr>
                    </w:p>
                    <w:p w14:paraId="10B9599A" w14:textId="77777777" w:rsidR="00AB57CA" w:rsidRDefault="00AB57CA" w:rsidP="00AB57CA">
                      <w:pPr>
                        <w:spacing w:line="240" w:lineRule="auto"/>
                        <w:jc w:val="center"/>
                        <w:rPr>
                          <w:rFonts w:ascii="Times New Roman" w:eastAsia="Arial" w:hAnsi="Times New Roman" w:cs="Times New Roman"/>
                          <w:spacing w:val="5"/>
                        </w:rPr>
                      </w:pPr>
                    </w:p>
                    <w:p w14:paraId="31AF10CF" w14:textId="77777777" w:rsidR="00AB57CA" w:rsidRDefault="00AB57CA" w:rsidP="00AB57CA">
                      <w:pPr>
                        <w:spacing w:line="240" w:lineRule="auto"/>
                        <w:jc w:val="center"/>
                        <w:rPr>
                          <w:rFonts w:ascii="Times New Roman" w:eastAsia="Arial" w:hAnsi="Times New Roman" w:cs="Times New Roman"/>
                          <w:spacing w:val="5"/>
                        </w:rPr>
                      </w:pPr>
                    </w:p>
                    <w:p w14:paraId="2424A0F4" w14:textId="77777777" w:rsidR="00AB57CA" w:rsidRPr="00B318C5" w:rsidRDefault="00AB57CA" w:rsidP="00AB57CA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lang w:val="en-IN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27DB35E" w14:textId="3109525A" w:rsidR="00D731CB" w:rsidRPr="00042204" w:rsidRDefault="00D731CB" w:rsidP="009F611A">
      <w:pPr>
        <w:rPr>
          <w:rFonts w:asciiTheme="majorBidi" w:hAnsiTheme="majorBidi" w:cstheme="majorBidi"/>
        </w:rPr>
      </w:pPr>
    </w:p>
    <w:p w14:paraId="2284B720" w14:textId="0B0D339D" w:rsidR="00D731CB" w:rsidRPr="00F505D6" w:rsidRDefault="00316CBA" w:rsidP="00316CBA">
      <w:pPr>
        <w:rPr>
          <w:rFonts w:asciiTheme="majorBidi" w:hAnsiTheme="majorBidi" w:cstheme="majorBidi"/>
          <w:b/>
          <w:bCs/>
        </w:rPr>
      </w:pPr>
      <w:r w:rsidRPr="00F505D6">
        <w:rPr>
          <w:rFonts w:asciiTheme="majorBidi" w:hAnsiTheme="majorBidi" w:cstheme="majorBidi"/>
          <w:b/>
          <w:bCs/>
        </w:rPr>
        <w:t>Submit -   FORM</w:t>
      </w:r>
      <w:r w:rsidR="00394861">
        <w:rPr>
          <w:rFonts w:asciiTheme="majorBidi" w:hAnsiTheme="majorBidi" w:cstheme="majorBidi"/>
          <w:b/>
          <w:bCs/>
        </w:rPr>
        <w:t xml:space="preserve"> (.doc/.docx)  editable file</w:t>
      </w:r>
      <w:r w:rsidRPr="00F505D6">
        <w:rPr>
          <w:rFonts w:asciiTheme="majorBidi" w:hAnsiTheme="majorBidi" w:cstheme="majorBidi"/>
          <w:b/>
          <w:bCs/>
        </w:rPr>
        <w:t>,</w:t>
      </w:r>
      <w:r w:rsidR="00394861">
        <w:rPr>
          <w:rFonts w:asciiTheme="majorBidi" w:hAnsiTheme="majorBidi" w:cstheme="majorBidi"/>
          <w:b/>
          <w:bCs/>
        </w:rPr>
        <w:t xml:space="preserve">  </w:t>
      </w:r>
      <w:r w:rsidRPr="00F505D6">
        <w:rPr>
          <w:rFonts w:asciiTheme="majorBidi" w:hAnsiTheme="majorBidi" w:cstheme="majorBidi"/>
          <w:b/>
          <w:bCs/>
        </w:rPr>
        <w:t xml:space="preserve">  </w:t>
      </w:r>
      <w:r w:rsidR="00394861">
        <w:rPr>
          <w:rFonts w:asciiTheme="majorBidi" w:hAnsiTheme="majorBidi" w:cstheme="majorBidi"/>
          <w:b/>
          <w:bCs/>
        </w:rPr>
        <w:t xml:space="preserve"> </w:t>
      </w:r>
      <w:r w:rsidRPr="00F505D6">
        <w:rPr>
          <w:rFonts w:asciiTheme="majorBidi" w:hAnsiTheme="majorBidi" w:cstheme="majorBidi"/>
          <w:b/>
          <w:bCs/>
        </w:rPr>
        <w:t xml:space="preserve">C.V. </w:t>
      </w:r>
      <w:r w:rsidR="00394861">
        <w:rPr>
          <w:rFonts w:asciiTheme="majorBidi" w:hAnsiTheme="majorBidi" w:cstheme="majorBidi"/>
          <w:b/>
          <w:bCs/>
        </w:rPr>
        <w:t>(pdf.)</w:t>
      </w:r>
      <w:r w:rsidRPr="00F505D6">
        <w:rPr>
          <w:rFonts w:asciiTheme="majorBidi" w:hAnsiTheme="majorBidi" w:cstheme="majorBidi"/>
          <w:b/>
          <w:bCs/>
        </w:rPr>
        <w:t xml:space="preserve">  and   Supportive Documents  </w:t>
      </w:r>
      <w:r w:rsidR="00394861">
        <w:rPr>
          <w:rFonts w:asciiTheme="majorBidi" w:hAnsiTheme="majorBidi" w:cstheme="majorBidi"/>
          <w:b/>
          <w:bCs/>
        </w:rPr>
        <w:t>( compiled</w:t>
      </w:r>
      <w:r w:rsidR="004B5935">
        <w:rPr>
          <w:rFonts w:asciiTheme="majorBidi" w:hAnsiTheme="majorBidi" w:cstheme="majorBidi"/>
          <w:b/>
          <w:bCs/>
        </w:rPr>
        <w:t xml:space="preserve"> </w:t>
      </w:r>
      <w:r w:rsidR="00394861">
        <w:rPr>
          <w:rFonts w:asciiTheme="majorBidi" w:hAnsiTheme="majorBidi" w:cstheme="majorBidi"/>
          <w:b/>
          <w:bCs/>
        </w:rPr>
        <w:t xml:space="preserve"> pdf.)</w:t>
      </w:r>
      <w:r w:rsidRPr="00F505D6">
        <w:rPr>
          <w:rFonts w:asciiTheme="majorBidi" w:hAnsiTheme="majorBidi" w:cstheme="majorBidi"/>
          <w:b/>
          <w:bCs/>
        </w:rPr>
        <w:t xml:space="preserve">  </w:t>
      </w:r>
      <w:r w:rsidR="00394861">
        <w:rPr>
          <w:rFonts w:asciiTheme="majorBidi" w:hAnsiTheme="majorBidi" w:cstheme="majorBidi"/>
          <w:b/>
          <w:bCs/>
        </w:rPr>
        <w:t>f</w:t>
      </w:r>
      <w:r w:rsidRPr="00F505D6">
        <w:rPr>
          <w:rFonts w:asciiTheme="majorBidi" w:hAnsiTheme="majorBidi" w:cstheme="majorBidi"/>
          <w:b/>
          <w:bCs/>
        </w:rPr>
        <w:t>iles   to  Email  –  asianresearchfoundation1@gmail.com</w:t>
      </w:r>
    </w:p>
    <w:p w14:paraId="0FC129B6" w14:textId="77777777" w:rsidR="00EE4D75" w:rsidRDefault="00EE4D75" w:rsidP="0021118D">
      <w:pPr>
        <w:pStyle w:val="Heading2"/>
        <w:rPr>
          <w:rFonts w:asciiTheme="majorBidi" w:hAnsiTheme="majorBidi"/>
        </w:rPr>
      </w:pPr>
    </w:p>
    <w:p w14:paraId="23FB4FF6" w14:textId="3687B896" w:rsidR="0021118D" w:rsidRPr="00042204" w:rsidRDefault="0021118D" w:rsidP="0021118D">
      <w:pPr>
        <w:pStyle w:val="Heading2"/>
        <w:rPr>
          <w:rFonts w:asciiTheme="majorBidi" w:hAnsiTheme="majorBidi"/>
        </w:rPr>
      </w:pPr>
      <w:r w:rsidRPr="00042204">
        <w:rPr>
          <w:rFonts w:asciiTheme="majorBidi" w:hAnsiTheme="majorBidi"/>
        </w:rPr>
        <w:t>Evaluator Details</w:t>
      </w:r>
      <w:r w:rsidR="00343C0D" w:rsidRPr="00042204">
        <w:rPr>
          <w:rFonts w:asciiTheme="majorBidi" w:hAnsiTheme="majorBidi"/>
        </w:rPr>
        <w:t>:  ( Not to filled by nominee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91"/>
        <w:gridCol w:w="6499"/>
      </w:tblGrid>
      <w:tr w:rsidR="0021118D" w:rsidRPr="00042204" w14:paraId="73E244E1" w14:textId="77777777" w:rsidTr="00EE4D75">
        <w:trPr>
          <w:trHeight w:val="397"/>
        </w:trPr>
        <w:tc>
          <w:tcPr>
            <w:tcW w:w="4320" w:type="dxa"/>
          </w:tcPr>
          <w:p w14:paraId="7B375D04" w14:textId="6C28AACB" w:rsidR="0021118D" w:rsidRPr="00042204" w:rsidRDefault="0021118D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 xml:space="preserve">Evaluator Name </w:t>
            </w:r>
            <w:r w:rsidR="00392DB3" w:rsidRPr="00042204">
              <w:rPr>
                <w:rFonts w:asciiTheme="majorBidi" w:hAnsiTheme="majorBidi" w:cstheme="majorBidi"/>
                <w:b/>
              </w:rPr>
              <w:t xml:space="preserve"> </w:t>
            </w:r>
            <w:r w:rsidRPr="00042204">
              <w:rPr>
                <w:rFonts w:asciiTheme="majorBidi" w:hAnsiTheme="majorBidi" w:cstheme="majorBidi"/>
                <w:b/>
              </w:rPr>
              <w:t xml:space="preserve">&amp; </w:t>
            </w:r>
            <w:r w:rsidR="00392DB3" w:rsidRPr="00042204">
              <w:rPr>
                <w:rFonts w:asciiTheme="majorBidi" w:hAnsiTheme="majorBidi" w:cstheme="majorBidi"/>
                <w:b/>
              </w:rPr>
              <w:t xml:space="preserve"> </w:t>
            </w:r>
            <w:r w:rsidRPr="00042204">
              <w:rPr>
                <w:rFonts w:asciiTheme="majorBidi" w:hAnsiTheme="majorBidi" w:cstheme="majorBidi"/>
                <w:b/>
              </w:rPr>
              <w:t>Designation:</w:t>
            </w:r>
          </w:p>
        </w:tc>
        <w:tc>
          <w:tcPr>
            <w:tcW w:w="6561" w:type="dxa"/>
          </w:tcPr>
          <w:p w14:paraId="15F85BB1" w14:textId="77777777" w:rsidR="0021118D" w:rsidRPr="00042204" w:rsidRDefault="0021118D" w:rsidP="00D93240">
            <w:pPr>
              <w:rPr>
                <w:rFonts w:asciiTheme="majorBidi" w:hAnsiTheme="majorBidi" w:cstheme="majorBidi"/>
              </w:rPr>
            </w:pPr>
          </w:p>
        </w:tc>
      </w:tr>
      <w:tr w:rsidR="0021118D" w:rsidRPr="00042204" w14:paraId="06FE94B0" w14:textId="77777777" w:rsidTr="00EE4D75">
        <w:trPr>
          <w:trHeight w:val="397"/>
        </w:trPr>
        <w:tc>
          <w:tcPr>
            <w:tcW w:w="4320" w:type="dxa"/>
          </w:tcPr>
          <w:p w14:paraId="4A7952B1" w14:textId="77777777" w:rsidR="0021118D" w:rsidRPr="00042204" w:rsidRDefault="0021118D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>Date of Evaluation:</w:t>
            </w:r>
          </w:p>
        </w:tc>
        <w:tc>
          <w:tcPr>
            <w:tcW w:w="6561" w:type="dxa"/>
          </w:tcPr>
          <w:p w14:paraId="2B6619F5" w14:textId="77777777" w:rsidR="0021118D" w:rsidRPr="00042204" w:rsidRDefault="0021118D" w:rsidP="00D93240">
            <w:pPr>
              <w:rPr>
                <w:rFonts w:asciiTheme="majorBidi" w:hAnsiTheme="majorBidi" w:cstheme="majorBidi"/>
              </w:rPr>
            </w:pPr>
          </w:p>
        </w:tc>
      </w:tr>
      <w:tr w:rsidR="0021118D" w:rsidRPr="00042204" w14:paraId="487B7A63" w14:textId="77777777" w:rsidTr="00EE4D75">
        <w:trPr>
          <w:trHeight w:val="397"/>
        </w:trPr>
        <w:tc>
          <w:tcPr>
            <w:tcW w:w="4320" w:type="dxa"/>
          </w:tcPr>
          <w:p w14:paraId="6F9ADEC1" w14:textId="77777777" w:rsidR="0021118D" w:rsidRPr="00042204" w:rsidRDefault="0021118D" w:rsidP="00D93240">
            <w:pPr>
              <w:rPr>
                <w:rFonts w:asciiTheme="majorBidi" w:hAnsiTheme="majorBidi" w:cstheme="majorBidi"/>
              </w:rPr>
            </w:pPr>
            <w:r w:rsidRPr="00042204">
              <w:rPr>
                <w:rFonts w:asciiTheme="majorBidi" w:hAnsiTheme="majorBidi" w:cstheme="majorBidi"/>
                <w:b/>
              </w:rPr>
              <w:t>Signature:</w:t>
            </w:r>
          </w:p>
        </w:tc>
        <w:tc>
          <w:tcPr>
            <w:tcW w:w="6561" w:type="dxa"/>
          </w:tcPr>
          <w:p w14:paraId="23608282" w14:textId="77777777" w:rsidR="0021118D" w:rsidRPr="00042204" w:rsidRDefault="0021118D" w:rsidP="00D93240">
            <w:pPr>
              <w:rPr>
                <w:rFonts w:asciiTheme="majorBidi" w:hAnsiTheme="majorBidi" w:cstheme="majorBidi"/>
              </w:rPr>
            </w:pPr>
          </w:p>
        </w:tc>
      </w:tr>
    </w:tbl>
    <w:p w14:paraId="4412F48B" w14:textId="77777777" w:rsidR="0021118D" w:rsidRPr="00042204" w:rsidRDefault="0021118D" w:rsidP="0021118D">
      <w:pPr>
        <w:rPr>
          <w:rFonts w:asciiTheme="majorBidi" w:hAnsiTheme="majorBidi" w:cstheme="majorBidi"/>
        </w:rPr>
      </w:pPr>
    </w:p>
    <w:sectPr w:rsidR="0021118D" w:rsidRPr="00042204" w:rsidSect="00592ED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9C4C6" w14:textId="77777777" w:rsidR="006B4479" w:rsidRDefault="006B4479" w:rsidP="00885C9C">
      <w:pPr>
        <w:spacing w:after="0" w:line="240" w:lineRule="auto"/>
      </w:pPr>
      <w:r>
        <w:separator/>
      </w:r>
    </w:p>
  </w:endnote>
  <w:endnote w:type="continuationSeparator" w:id="0">
    <w:p w14:paraId="693F4193" w14:textId="77777777" w:rsidR="006B4479" w:rsidRDefault="006B4479" w:rsidP="00885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7CC6D" w14:textId="33CA0E49" w:rsidR="00885C9C" w:rsidRPr="0003517C" w:rsidRDefault="00885C9C" w:rsidP="0003517C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Page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PAGE   \* MERGEFORMAT 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NUMPAGES  \* Arabic  \* MERGEFORMAT 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C9CED" w14:textId="77777777" w:rsidR="006B4479" w:rsidRDefault="006B4479" w:rsidP="00885C9C">
      <w:pPr>
        <w:spacing w:after="0" w:line="240" w:lineRule="auto"/>
      </w:pPr>
      <w:r>
        <w:separator/>
      </w:r>
    </w:p>
  </w:footnote>
  <w:footnote w:type="continuationSeparator" w:id="0">
    <w:p w14:paraId="7D5DFC28" w14:textId="77777777" w:rsidR="006B4479" w:rsidRDefault="006B4479" w:rsidP="00885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0A989" w14:textId="7D98065E" w:rsidR="00655E9D" w:rsidRPr="00172760" w:rsidRDefault="00172760" w:rsidP="00172760">
    <w:pPr>
      <w:pStyle w:val="Title"/>
      <w:spacing w:after="0"/>
      <w:jc w:val="center"/>
      <w:rPr>
        <w:sz w:val="28"/>
        <w:szCs w:val="28"/>
      </w:rPr>
    </w:pPr>
    <w:r w:rsidRPr="00172760">
      <w:rPr>
        <w:b/>
        <w:bCs/>
        <w:sz w:val="28"/>
        <w:szCs w:val="28"/>
      </w:rPr>
      <w:t xml:space="preserve">ASIAN RESEARCH FOUNDATION </w:t>
    </w:r>
    <w:r w:rsidR="008B73EF">
      <w:rPr>
        <w:b/>
        <w:bCs/>
        <w:sz w:val="28"/>
        <w:szCs w:val="28"/>
      </w:rPr>
      <w:t xml:space="preserve">      </w:t>
    </w:r>
    <w:r w:rsidRPr="00172760">
      <w:rPr>
        <w:b/>
        <w:bCs/>
        <w:sz w:val="28"/>
        <w:szCs w:val="28"/>
      </w:rPr>
      <w:t>:</w:t>
    </w:r>
    <w:r w:rsidR="008B73EF">
      <w:rPr>
        <w:b/>
        <w:bCs/>
        <w:sz w:val="28"/>
        <w:szCs w:val="28"/>
      </w:rPr>
      <w:t xml:space="preserve">   </w:t>
    </w:r>
    <w:r w:rsidRPr="00172760">
      <w:rPr>
        <w:b/>
        <w:bCs/>
        <w:sz w:val="28"/>
        <w:szCs w:val="28"/>
      </w:rPr>
      <w:t xml:space="preserve">  </w:t>
    </w:r>
    <w:r w:rsidR="00655E9D" w:rsidRPr="00172760">
      <w:rPr>
        <w:sz w:val="28"/>
        <w:szCs w:val="28"/>
      </w:rPr>
      <w:t>AWARD NOMINATION   &amp;   EVALUATION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5079469">
    <w:abstractNumId w:val="8"/>
  </w:num>
  <w:num w:numId="2" w16cid:durableId="439644763">
    <w:abstractNumId w:val="6"/>
  </w:num>
  <w:num w:numId="3" w16cid:durableId="10424248">
    <w:abstractNumId w:val="5"/>
  </w:num>
  <w:num w:numId="4" w16cid:durableId="1685937210">
    <w:abstractNumId w:val="4"/>
  </w:num>
  <w:num w:numId="5" w16cid:durableId="1962147974">
    <w:abstractNumId w:val="7"/>
  </w:num>
  <w:num w:numId="6" w16cid:durableId="300888451">
    <w:abstractNumId w:val="3"/>
  </w:num>
  <w:num w:numId="7" w16cid:durableId="754128069">
    <w:abstractNumId w:val="2"/>
  </w:num>
  <w:num w:numId="8" w16cid:durableId="1085423728">
    <w:abstractNumId w:val="1"/>
  </w:num>
  <w:num w:numId="9" w16cid:durableId="1022704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E2B"/>
    <w:rsid w:val="00032174"/>
    <w:rsid w:val="00034616"/>
    <w:rsid w:val="0003517C"/>
    <w:rsid w:val="000357AB"/>
    <w:rsid w:val="00042204"/>
    <w:rsid w:val="000455A1"/>
    <w:rsid w:val="00051B01"/>
    <w:rsid w:val="0006063C"/>
    <w:rsid w:val="000743EA"/>
    <w:rsid w:val="000768B3"/>
    <w:rsid w:val="00083A36"/>
    <w:rsid w:val="00085B85"/>
    <w:rsid w:val="000A0D53"/>
    <w:rsid w:val="000A17D4"/>
    <w:rsid w:val="000B29AA"/>
    <w:rsid w:val="000B680D"/>
    <w:rsid w:val="000D6D2A"/>
    <w:rsid w:val="000D79EB"/>
    <w:rsid w:val="00110704"/>
    <w:rsid w:val="00117C3C"/>
    <w:rsid w:val="00124BB9"/>
    <w:rsid w:val="00136B41"/>
    <w:rsid w:val="001406C5"/>
    <w:rsid w:val="0015074B"/>
    <w:rsid w:val="00172760"/>
    <w:rsid w:val="001961F7"/>
    <w:rsid w:val="001A5E30"/>
    <w:rsid w:val="001A6627"/>
    <w:rsid w:val="001A7C03"/>
    <w:rsid w:val="001C0A14"/>
    <w:rsid w:val="001C0C10"/>
    <w:rsid w:val="001F557F"/>
    <w:rsid w:val="001F5F77"/>
    <w:rsid w:val="0021118D"/>
    <w:rsid w:val="00231163"/>
    <w:rsid w:val="0023508E"/>
    <w:rsid w:val="00254975"/>
    <w:rsid w:val="00255B55"/>
    <w:rsid w:val="00264289"/>
    <w:rsid w:val="00274257"/>
    <w:rsid w:val="0029071F"/>
    <w:rsid w:val="0029639D"/>
    <w:rsid w:val="002B08DD"/>
    <w:rsid w:val="002B39F1"/>
    <w:rsid w:val="002D4239"/>
    <w:rsid w:val="002D7F96"/>
    <w:rsid w:val="002E2FE0"/>
    <w:rsid w:val="00316CBA"/>
    <w:rsid w:val="00326F90"/>
    <w:rsid w:val="00343C0D"/>
    <w:rsid w:val="003476E5"/>
    <w:rsid w:val="00357895"/>
    <w:rsid w:val="003735DC"/>
    <w:rsid w:val="003766A4"/>
    <w:rsid w:val="00387139"/>
    <w:rsid w:val="00392DB3"/>
    <w:rsid w:val="00392E6C"/>
    <w:rsid w:val="00393ADB"/>
    <w:rsid w:val="00394861"/>
    <w:rsid w:val="00395716"/>
    <w:rsid w:val="00395F81"/>
    <w:rsid w:val="003A02FB"/>
    <w:rsid w:val="003A4109"/>
    <w:rsid w:val="003B75D2"/>
    <w:rsid w:val="003C5C2B"/>
    <w:rsid w:val="003F2AC1"/>
    <w:rsid w:val="00422941"/>
    <w:rsid w:val="00474398"/>
    <w:rsid w:val="00480B17"/>
    <w:rsid w:val="004A01B5"/>
    <w:rsid w:val="004B037C"/>
    <w:rsid w:val="004B5935"/>
    <w:rsid w:val="004D5CAE"/>
    <w:rsid w:val="004F59B2"/>
    <w:rsid w:val="004F6A52"/>
    <w:rsid w:val="004F6A87"/>
    <w:rsid w:val="005007E2"/>
    <w:rsid w:val="0050452C"/>
    <w:rsid w:val="0050787D"/>
    <w:rsid w:val="005235AC"/>
    <w:rsid w:val="00527AEC"/>
    <w:rsid w:val="005406AB"/>
    <w:rsid w:val="005544F6"/>
    <w:rsid w:val="005743CD"/>
    <w:rsid w:val="0057653F"/>
    <w:rsid w:val="00592ED4"/>
    <w:rsid w:val="00594BC2"/>
    <w:rsid w:val="005B3E38"/>
    <w:rsid w:val="005D4E83"/>
    <w:rsid w:val="00600748"/>
    <w:rsid w:val="00615D5B"/>
    <w:rsid w:val="00624CF0"/>
    <w:rsid w:val="00642BC0"/>
    <w:rsid w:val="006460C2"/>
    <w:rsid w:val="00655E9D"/>
    <w:rsid w:val="00672099"/>
    <w:rsid w:val="00676DCA"/>
    <w:rsid w:val="006A6FC0"/>
    <w:rsid w:val="006B3099"/>
    <w:rsid w:val="006B4479"/>
    <w:rsid w:val="006D7CB5"/>
    <w:rsid w:val="006E3CA6"/>
    <w:rsid w:val="006E71CB"/>
    <w:rsid w:val="006F00F8"/>
    <w:rsid w:val="00704B77"/>
    <w:rsid w:val="00706769"/>
    <w:rsid w:val="00720397"/>
    <w:rsid w:val="00721B08"/>
    <w:rsid w:val="0072754A"/>
    <w:rsid w:val="00732CC4"/>
    <w:rsid w:val="00734355"/>
    <w:rsid w:val="00744456"/>
    <w:rsid w:val="007523FB"/>
    <w:rsid w:val="0075341B"/>
    <w:rsid w:val="0076212D"/>
    <w:rsid w:val="00767C70"/>
    <w:rsid w:val="00784AC5"/>
    <w:rsid w:val="00796A65"/>
    <w:rsid w:val="007976CF"/>
    <w:rsid w:val="007E286F"/>
    <w:rsid w:val="007F04D3"/>
    <w:rsid w:val="00802CC5"/>
    <w:rsid w:val="008172A3"/>
    <w:rsid w:val="00827688"/>
    <w:rsid w:val="00841A72"/>
    <w:rsid w:val="00845D20"/>
    <w:rsid w:val="00846437"/>
    <w:rsid w:val="00883697"/>
    <w:rsid w:val="00885C9C"/>
    <w:rsid w:val="00893595"/>
    <w:rsid w:val="008A2E1F"/>
    <w:rsid w:val="008B1956"/>
    <w:rsid w:val="008B624A"/>
    <w:rsid w:val="008B63EA"/>
    <w:rsid w:val="008B73EF"/>
    <w:rsid w:val="008D396B"/>
    <w:rsid w:val="008F143D"/>
    <w:rsid w:val="0090696F"/>
    <w:rsid w:val="00914A06"/>
    <w:rsid w:val="00931F67"/>
    <w:rsid w:val="0095145E"/>
    <w:rsid w:val="00973029"/>
    <w:rsid w:val="00995421"/>
    <w:rsid w:val="00995878"/>
    <w:rsid w:val="009A30D6"/>
    <w:rsid w:val="009B6BB4"/>
    <w:rsid w:val="009C28A4"/>
    <w:rsid w:val="009C4256"/>
    <w:rsid w:val="009D620F"/>
    <w:rsid w:val="009F611A"/>
    <w:rsid w:val="00A069A4"/>
    <w:rsid w:val="00A1502C"/>
    <w:rsid w:val="00A15125"/>
    <w:rsid w:val="00A4125F"/>
    <w:rsid w:val="00A6108B"/>
    <w:rsid w:val="00A67963"/>
    <w:rsid w:val="00A70183"/>
    <w:rsid w:val="00A820B7"/>
    <w:rsid w:val="00A82D5B"/>
    <w:rsid w:val="00A9113D"/>
    <w:rsid w:val="00A9225B"/>
    <w:rsid w:val="00A9415B"/>
    <w:rsid w:val="00AA132E"/>
    <w:rsid w:val="00AA1D8D"/>
    <w:rsid w:val="00AA2E09"/>
    <w:rsid w:val="00AB4683"/>
    <w:rsid w:val="00AB57CA"/>
    <w:rsid w:val="00AB61B1"/>
    <w:rsid w:val="00AD2528"/>
    <w:rsid w:val="00AD6373"/>
    <w:rsid w:val="00AF15AF"/>
    <w:rsid w:val="00AF29C6"/>
    <w:rsid w:val="00B00830"/>
    <w:rsid w:val="00B020B1"/>
    <w:rsid w:val="00B03550"/>
    <w:rsid w:val="00B1026D"/>
    <w:rsid w:val="00B15B75"/>
    <w:rsid w:val="00B21604"/>
    <w:rsid w:val="00B21F8E"/>
    <w:rsid w:val="00B27D5B"/>
    <w:rsid w:val="00B47730"/>
    <w:rsid w:val="00B5290F"/>
    <w:rsid w:val="00B64387"/>
    <w:rsid w:val="00B7566E"/>
    <w:rsid w:val="00B830D5"/>
    <w:rsid w:val="00B847C0"/>
    <w:rsid w:val="00B85F65"/>
    <w:rsid w:val="00B968AF"/>
    <w:rsid w:val="00BA123E"/>
    <w:rsid w:val="00BB5381"/>
    <w:rsid w:val="00BC0C4E"/>
    <w:rsid w:val="00BC3063"/>
    <w:rsid w:val="00BC4B42"/>
    <w:rsid w:val="00BE4EDB"/>
    <w:rsid w:val="00C06886"/>
    <w:rsid w:val="00C06DF7"/>
    <w:rsid w:val="00C07C96"/>
    <w:rsid w:val="00C17B71"/>
    <w:rsid w:val="00C221E4"/>
    <w:rsid w:val="00C279C8"/>
    <w:rsid w:val="00C770AF"/>
    <w:rsid w:val="00C974F6"/>
    <w:rsid w:val="00CB0664"/>
    <w:rsid w:val="00CB4565"/>
    <w:rsid w:val="00CC6C61"/>
    <w:rsid w:val="00CF18B1"/>
    <w:rsid w:val="00CF270F"/>
    <w:rsid w:val="00D037DC"/>
    <w:rsid w:val="00D06D5D"/>
    <w:rsid w:val="00D11B18"/>
    <w:rsid w:val="00D22FBE"/>
    <w:rsid w:val="00D3413A"/>
    <w:rsid w:val="00D46CA1"/>
    <w:rsid w:val="00D53BC1"/>
    <w:rsid w:val="00D731CB"/>
    <w:rsid w:val="00D83C3F"/>
    <w:rsid w:val="00DD2696"/>
    <w:rsid w:val="00DE091B"/>
    <w:rsid w:val="00E115BB"/>
    <w:rsid w:val="00E4339D"/>
    <w:rsid w:val="00E5359D"/>
    <w:rsid w:val="00E80A65"/>
    <w:rsid w:val="00E8180F"/>
    <w:rsid w:val="00E934D1"/>
    <w:rsid w:val="00EA01BC"/>
    <w:rsid w:val="00EA479E"/>
    <w:rsid w:val="00EB20A0"/>
    <w:rsid w:val="00ED2181"/>
    <w:rsid w:val="00EE4D75"/>
    <w:rsid w:val="00F01640"/>
    <w:rsid w:val="00F505D6"/>
    <w:rsid w:val="00F50E1E"/>
    <w:rsid w:val="00F70DFF"/>
    <w:rsid w:val="00F727C7"/>
    <w:rsid w:val="00F82291"/>
    <w:rsid w:val="00FA447C"/>
    <w:rsid w:val="00FB62AB"/>
    <w:rsid w:val="00FC35E3"/>
    <w:rsid w:val="00FC693F"/>
    <w:rsid w:val="00FD03A1"/>
    <w:rsid w:val="00FD6D9C"/>
    <w:rsid w:val="00FD71CC"/>
    <w:rsid w:val="00FE13CC"/>
    <w:rsid w:val="00FF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55B520"/>
  <w14:defaultImageDpi w14:val="300"/>
  <w15:docId w15:val="{CCEB43CA-C9FA-4557-A2F6-13156FD4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85C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5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ARF</dc:creator>
  <cp:keywords>AWARD NOMINATION FORM</cp:keywords>
  <dc:description>generated by python-docx</dc:description>
  <cp:lastModifiedBy>CHIRAG PATEL</cp:lastModifiedBy>
  <cp:revision>181</cp:revision>
  <dcterms:created xsi:type="dcterms:W3CDTF">2026-06-04T11:46:00Z</dcterms:created>
  <dcterms:modified xsi:type="dcterms:W3CDTF">2026-07-05T10:49:00Z</dcterms:modified>
  <cp:category/>
</cp:coreProperties>
</file>